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A8041" w14:textId="77777777" w:rsidR="005526BC" w:rsidRDefault="000122CF">
      <w:r>
        <w:rPr>
          <w:b/>
        </w:rPr>
        <w:t>00:00:00,080 --&gt; 00:00:01,540 [Musik]</w:t>
      </w:r>
    </w:p>
    <w:p w14:paraId="1B86EA93" w14:textId="77777777" w:rsidR="005526BC" w:rsidRDefault="000122CF">
      <w:r>
        <w:t xml:space="preserve">[Intro-Musik] </w:t>
      </w:r>
    </w:p>
    <w:p w14:paraId="21E1BC48" w14:textId="77777777" w:rsidR="005526BC" w:rsidRDefault="005526BC"/>
    <w:p w14:paraId="6C00D671" w14:textId="77777777" w:rsidR="005526BC" w:rsidRDefault="000122CF">
      <w:r>
        <w:rPr>
          <w:b/>
        </w:rPr>
        <w:t xml:space="preserve">00:00:01,540 --&gt; 00:00:23,910 [Ingo </w:t>
      </w:r>
      <w:proofErr w:type="spellStart"/>
      <w:r>
        <w:rPr>
          <w:b/>
        </w:rPr>
        <w:t>Hartmeier</w:t>
      </w:r>
      <w:proofErr w:type="spellEnd"/>
      <w:r>
        <w:rPr>
          <w:b/>
        </w:rPr>
        <w:t xml:space="preserve"> (Gast) ]</w:t>
      </w:r>
    </w:p>
    <w:p w14:paraId="772FA768" w14:textId="77777777" w:rsidR="005526BC" w:rsidRDefault="000122CF">
      <w:r>
        <w:t xml:space="preserve">Wir </w:t>
      </w:r>
      <w:proofErr w:type="spellStart"/>
      <w:r>
        <w:t>wissen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</w:t>
      </w:r>
      <w:proofErr w:type="spellStart"/>
      <w:r>
        <w:t>zahlreichen</w:t>
      </w:r>
      <w:proofErr w:type="spellEnd"/>
      <w:r>
        <w:t xml:space="preserve"> </w:t>
      </w:r>
      <w:proofErr w:type="spellStart"/>
      <w:r>
        <w:t>Untersuchungen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die </w:t>
      </w:r>
      <w:proofErr w:type="spellStart"/>
      <w:r>
        <w:t>Felswände</w:t>
      </w:r>
      <w:proofErr w:type="spellEnd"/>
      <w:r>
        <w:t xml:space="preserve">, die </w:t>
      </w:r>
      <w:proofErr w:type="spellStart"/>
      <w:r>
        <w:t>durch</w:t>
      </w:r>
      <w:proofErr w:type="spellEnd"/>
      <w:r>
        <w:t xml:space="preserve"> den </w:t>
      </w:r>
      <w:proofErr w:type="spellStart"/>
      <w:r>
        <w:t>Gletscherrückgang</w:t>
      </w:r>
      <w:proofErr w:type="spellEnd"/>
      <w:r>
        <w:t xml:space="preserve"> </w:t>
      </w:r>
      <w:proofErr w:type="spellStart"/>
      <w:r>
        <w:t>freigelegt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, </w:t>
      </w:r>
      <w:proofErr w:type="spellStart"/>
      <w:r>
        <w:t>eine</w:t>
      </w:r>
      <w:proofErr w:type="spellEnd"/>
      <w:r>
        <w:t xml:space="preserve"> um </w:t>
      </w:r>
      <w:proofErr w:type="spellStart"/>
      <w:r>
        <w:t>ein</w:t>
      </w:r>
      <w:proofErr w:type="spellEnd"/>
      <w:r>
        <w:t xml:space="preserve"> </w:t>
      </w:r>
      <w:proofErr w:type="spellStart"/>
      <w:r>
        <w:t>Vielfaches</w:t>
      </w:r>
      <w:proofErr w:type="spellEnd"/>
      <w:r>
        <w:t xml:space="preserve"> </w:t>
      </w:r>
      <w:proofErr w:type="spellStart"/>
      <w:r>
        <w:t>höhere</w:t>
      </w:r>
      <w:proofErr w:type="spellEnd"/>
      <w:r>
        <w:t xml:space="preserve"> Steinschlaggefahr </w:t>
      </w:r>
      <w:proofErr w:type="spellStart"/>
      <w:r>
        <w:t>aufweisen</w:t>
      </w:r>
      <w:proofErr w:type="spellEnd"/>
      <w:r>
        <w:t xml:space="preserve">. Ein </w:t>
      </w:r>
      <w:proofErr w:type="spellStart"/>
      <w:r>
        <w:t>gewisses</w:t>
      </w:r>
      <w:proofErr w:type="spellEnd"/>
      <w:r>
        <w:t xml:space="preserve"> </w:t>
      </w:r>
      <w:proofErr w:type="spellStart"/>
      <w:r>
        <w:t>Erreichbarkeits</w:t>
      </w:r>
      <w:proofErr w:type="spellEnd"/>
      <w:r>
        <w:t xml:space="preserve">- </w:t>
      </w:r>
      <w:proofErr w:type="spellStart"/>
      <w:r>
        <w:t>beziehungsweise</w:t>
      </w:r>
      <w:proofErr w:type="spellEnd"/>
      <w:r>
        <w:t xml:space="preserve"> </w:t>
      </w:r>
      <w:proofErr w:type="spellStart"/>
      <w:r>
        <w:t>Logistikproblem</w:t>
      </w:r>
      <w:proofErr w:type="spellEnd"/>
      <w:r>
        <w:t xml:space="preserve"> </w:t>
      </w:r>
      <w:proofErr w:type="spellStart"/>
      <w:r>
        <w:t>kann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dort</w:t>
      </w:r>
      <w:proofErr w:type="spellEnd"/>
      <w:r>
        <w:t xml:space="preserve"> </w:t>
      </w:r>
      <w:proofErr w:type="spellStart"/>
      <w:r>
        <w:t>ergeben</w:t>
      </w:r>
      <w:proofErr w:type="spellEnd"/>
      <w:r>
        <w:t xml:space="preserve">, wo </w:t>
      </w:r>
      <w:proofErr w:type="spellStart"/>
      <w:r>
        <w:t>Hüttenzustiege</w:t>
      </w:r>
      <w:proofErr w:type="spellEnd"/>
      <w:r>
        <w:t xml:space="preserve"> </w:t>
      </w:r>
      <w:proofErr w:type="spellStart"/>
      <w:r>
        <w:t>über</w:t>
      </w:r>
      <w:proofErr w:type="spellEnd"/>
      <w:r>
        <w:t xml:space="preserve"> </w:t>
      </w:r>
      <w:proofErr w:type="spellStart"/>
      <w:r>
        <w:t>Gletscher</w:t>
      </w:r>
      <w:proofErr w:type="spellEnd"/>
      <w:r>
        <w:t xml:space="preserve">, </w:t>
      </w:r>
      <w:proofErr w:type="spellStart"/>
      <w:r>
        <w:t>ähm</w:t>
      </w:r>
      <w:proofErr w:type="spellEnd"/>
      <w:r>
        <w:t xml:space="preserve">, </w:t>
      </w:r>
      <w:proofErr w:type="spellStart"/>
      <w:r>
        <w:t>erfolgen</w:t>
      </w:r>
      <w:proofErr w:type="spellEnd"/>
      <w:r>
        <w:t xml:space="preserve">. Dort </w:t>
      </w:r>
      <w:proofErr w:type="spellStart"/>
      <w:r>
        <w:t>wird's</w:t>
      </w:r>
      <w:proofErr w:type="spellEnd"/>
      <w:r>
        <w:t xml:space="preserve"> </w:t>
      </w:r>
      <w:proofErr w:type="spellStart"/>
      <w:r>
        <w:t>natürlich</w:t>
      </w:r>
      <w:proofErr w:type="spellEnd"/>
      <w:r>
        <w:t xml:space="preserve"> </w:t>
      </w:r>
      <w:proofErr w:type="spellStart"/>
      <w:r>
        <w:t>zunehmend</w:t>
      </w:r>
      <w:proofErr w:type="spellEnd"/>
      <w:r>
        <w:t xml:space="preserve"> </w:t>
      </w:r>
      <w:proofErr w:type="spellStart"/>
      <w:r>
        <w:t>schwer</w:t>
      </w:r>
      <w:proofErr w:type="spellEnd"/>
      <w:r>
        <w:t xml:space="preserve">, den </w:t>
      </w:r>
      <w:proofErr w:type="spellStart"/>
      <w:r>
        <w:t>Höhenunterschied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überwinden</w:t>
      </w:r>
      <w:proofErr w:type="spellEnd"/>
      <w:r>
        <w:t xml:space="preserve">. Das </w:t>
      </w:r>
      <w:proofErr w:type="spellStart"/>
      <w:r>
        <w:t>sehen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ja </w:t>
      </w:r>
      <w:proofErr w:type="spellStart"/>
      <w:r>
        <w:t>jetzt</w:t>
      </w:r>
      <w:proofErr w:type="spellEnd"/>
      <w:r>
        <w:t xml:space="preserve"> </w:t>
      </w:r>
      <w:proofErr w:type="spellStart"/>
      <w:r>
        <w:t>schon</w:t>
      </w:r>
      <w:proofErr w:type="spellEnd"/>
      <w:r>
        <w:t xml:space="preserve"> an </w:t>
      </w:r>
      <w:proofErr w:type="spellStart"/>
      <w:r>
        <w:t>zahlreichen</w:t>
      </w:r>
      <w:proofErr w:type="spellEnd"/>
      <w:r>
        <w:t xml:space="preserve"> Orten in den Alpen. </w:t>
      </w:r>
    </w:p>
    <w:p w14:paraId="7A363272" w14:textId="77777777" w:rsidR="005526BC" w:rsidRDefault="005526BC"/>
    <w:p w14:paraId="0C3A2E63" w14:textId="77777777" w:rsidR="005526BC" w:rsidRDefault="000122CF">
      <w:r>
        <w:rPr>
          <w:b/>
        </w:rPr>
        <w:t>00:00:23,910 --&gt; 00:00:32,820 [Christian Brunner (Off-Sprecher)]</w:t>
      </w:r>
    </w:p>
    <w:p w14:paraId="2F123FE4" w14:textId="77777777" w:rsidR="005526BC" w:rsidRDefault="000122CF">
      <w:r>
        <w:t>"</w:t>
      </w:r>
      <w:proofErr w:type="spellStart"/>
      <w:r>
        <w:t>Aufgehorcht</w:t>
      </w:r>
      <w:proofErr w:type="spellEnd"/>
      <w:r>
        <w:t xml:space="preserve">", der Podcast mitten </w:t>
      </w:r>
      <w:proofErr w:type="spellStart"/>
      <w:r>
        <w:t>aus</w:t>
      </w:r>
      <w:proofErr w:type="spellEnd"/>
      <w:r>
        <w:t xml:space="preserve"> dem </w:t>
      </w:r>
      <w:proofErr w:type="spellStart"/>
      <w:r>
        <w:t>Nationalpark</w:t>
      </w:r>
      <w:proofErr w:type="spellEnd"/>
      <w:r>
        <w:t xml:space="preserve"> Hohe Tauern. Mit </w:t>
      </w:r>
      <w:proofErr w:type="spellStart"/>
      <w:r>
        <w:t>faszinierendem</w:t>
      </w:r>
      <w:proofErr w:type="spellEnd"/>
      <w:r>
        <w:t xml:space="preserve"> </w:t>
      </w:r>
      <w:proofErr w:type="spellStart"/>
      <w:r>
        <w:t>Naturwissen</w:t>
      </w:r>
      <w:proofErr w:type="spellEnd"/>
      <w:r>
        <w:t xml:space="preserve">, </w:t>
      </w:r>
      <w:proofErr w:type="spellStart"/>
      <w:r>
        <w:t>Begegnungen</w:t>
      </w:r>
      <w:proofErr w:type="spellEnd"/>
      <w:r>
        <w:t xml:space="preserve"> und </w:t>
      </w:r>
      <w:proofErr w:type="spellStart"/>
      <w:r>
        <w:t>besonderen</w:t>
      </w:r>
      <w:proofErr w:type="spellEnd"/>
      <w:r>
        <w:t xml:space="preserve"> </w:t>
      </w:r>
      <w:proofErr w:type="spellStart"/>
      <w:r>
        <w:t>Klängen</w:t>
      </w:r>
      <w:proofErr w:type="spellEnd"/>
      <w:r>
        <w:t xml:space="preserve">. </w:t>
      </w:r>
    </w:p>
    <w:p w14:paraId="6A29E2F2" w14:textId="77777777" w:rsidR="005526BC" w:rsidRDefault="005526BC"/>
    <w:p w14:paraId="63F444F0" w14:textId="77777777" w:rsidR="005526BC" w:rsidRDefault="000122CF">
      <w:r>
        <w:rPr>
          <w:b/>
        </w:rPr>
        <w:t>00:00:35,360 --&gt; 00:01:28,790 [Christine Brugger (Moderatorin)]</w:t>
      </w:r>
    </w:p>
    <w:p w14:paraId="2D05A206" w14:textId="77777777" w:rsidR="005526BC" w:rsidRDefault="000122CF">
      <w:proofErr w:type="spellStart"/>
      <w:r>
        <w:t>Über</w:t>
      </w:r>
      <w:proofErr w:type="spellEnd"/>
      <w:r>
        <w:t xml:space="preserve"> </w:t>
      </w:r>
      <w:proofErr w:type="spellStart"/>
      <w:r>
        <w:t>Klimawandel</w:t>
      </w:r>
      <w:proofErr w:type="spellEnd"/>
      <w:r>
        <w:t xml:space="preserve">, </w:t>
      </w:r>
      <w:proofErr w:type="spellStart"/>
      <w:r>
        <w:t>Erwärmung</w:t>
      </w:r>
      <w:proofErr w:type="spellEnd"/>
      <w:r>
        <w:t xml:space="preserve"> und </w:t>
      </w:r>
      <w:proofErr w:type="spellStart"/>
      <w:r>
        <w:t>Gletscherschmelze</w:t>
      </w:r>
      <w:proofErr w:type="spellEnd"/>
      <w:r>
        <w:t xml:space="preserve"> </w:t>
      </w:r>
      <w:proofErr w:type="spellStart"/>
      <w:r>
        <w:t>haben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in </w:t>
      </w:r>
      <w:proofErr w:type="spellStart"/>
      <w:r>
        <w:t>diesem</w:t>
      </w:r>
      <w:proofErr w:type="spellEnd"/>
      <w:r>
        <w:t xml:space="preserve"> Podcast </w:t>
      </w:r>
      <w:proofErr w:type="spellStart"/>
      <w:r>
        <w:t>schon</w:t>
      </w:r>
      <w:proofErr w:type="spellEnd"/>
      <w:r>
        <w:t xml:space="preserve"> oft </w:t>
      </w:r>
      <w:proofErr w:type="spellStart"/>
      <w:r>
        <w:t>gesprochen</w:t>
      </w:r>
      <w:proofErr w:type="spellEnd"/>
      <w:r>
        <w:t xml:space="preserve">. Was </w:t>
      </w:r>
      <w:proofErr w:type="spellStart"/>
      <w:r>
        <w:t>bedeutet</w:t>
      </w:r>
      <w:proofErr w:type="spellEnd"/>
      <w:r>
        <w:t xml:space="preserve"> das </w:t>
      </w:r>
      <w:proofErr w:type="spellStart"/>
      <w:r>
        <w:t>aber</w:t>
      </w:r>
      <w:proofErr w:type="spellEnd"/>
      <w:r>
        <w:t xml:space="preserve"> für die </w:t>
      </w:r>
      <w:proofErr w:type="spellStart"/>
      <w:r>
        <w:t>Infrastruktur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Nationalpark</w:t>
      </w:r>
      <w:proofErr w:type="spellEnd"/>
      <w:r>
        <w:t xml:space="preserve"> Hohe Tauern? Was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verändern</w:t>
      </w:r>
      <w:proofErr w:type="spellEnd"/>
      <w:r>
        <w:t xml:space="preserve"> und </w:t>
      </w:r>
      <w:proofErr w:type="spellStart"/>
      <w:r>
        <w:t>wie</w:t>
      </w:r>
      <w:proofErr w:type="spellEnd"/>
      <w:r>
        <w:t xml:space="preserve"> </w:t>
      </w:r>
      <w:proofErr w:type="spellStart"/>
      <w:r>
        <w:t>können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damit</w:t>
      </w:r>
      <w:proofErr w:type="spellEnd"/>
      <w:r>
        <w:t xml:space="preserve"> </w:t>
      </w:r>
      <w:proofErr w:type="spellStart"/>
      <w:r>
        <w:t>umgehen</w:t>
      </w:r>
      <w:proofErr w:type="spellEnd"/>
      <w:r>
        <w:t xml:space="preserve">? Christine Brugger </w:t>
      </w:r>
      <w:proofErr w:type="spellStart"/>
      <w:r>
        <w:t>begrüßt</w:t>
      </w:r>
      <w:proofErr w:type="spellEnd"/>
      <w:r>
        <w:t xml:space="preserve"> </w:t>
      </w:r>
      <w:proofErr w:type="spellStart"/>
      <w:r>
        <w:t>ganz</w:t>
      </w:r>
      <w:proofErr w:type="spellEnd"/>
      <w:r>
        <w:t xml:space="preserve"> </w:t>
      </w:r>
      <w:proofErr w:type="spellStart"/>
      <w:r>
        <w:t>herzlich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einer</w:t>
      </w:r>
      <w:proofErr w:type="spellEnd"/>
      <w:r>
        <w:t xml:space="preserve"> "</w:t>
      </w:r>
      <w:proofErr w:type="spellStart"/>
      <w:r>
        <w:t>Aufgehorcht</w:t>
      </w:r>
      <w:proofErr w:type="spellEnd"/>
      <w:r>
        <w:t>"-</w:t>
      </w:r>
      <w:proofErr w:type="spellStart"/>
      <w:r>
        <w:t>Folge</w:t>
      </w:r>
      <w:proofErr w:type="spellEnd"/>
      <w:r>
        <w:t xml:space="preserve"> </w:t>
      </w:r>
      <w:proofErr w:type="spellStart"/>
      <w:r>
        <w:t>über</w:t>
      </w:r>
      <w:proofErr w:type="spellEnd"/>
      <w:r>
        <w:t xml:space="preserve"> alpine </w:t>
      </w:r>
      <w:proofErr w:type="spellStart"/>
      <w:r>
        <w:t>Naturgefahren</w:t>
      </w:r>
      <w:proofErr w:type="spellEnd"/>
      <w:r>
        <w:t xml:space="preserve">. Mit den </w:t>
      </w:r>
      <w:proofErr w:type="spellStart"/>
      <w:r>
        <w:t>Messungen</w:t>
      </w:r>
      <w:proofErr w:type="spellEnd"/>
      <w:r>
        <w:t xml:space="preserve"> </w:t>
      </w:r>
      <w:proofErr w:type="spellStart"/>
      <w:r>
        <w:t>dieser</w:t>
      </w:r>
      <w:proofErr w:type="spellEnd"/>
      <w:r>
        <w:t xml:space="preserve"> </w:t>
      </w:r>
      <w:proofErr w:type="spellStart"/>
      <w:r>
        <w:t>Veränderungen</w:t>
      </w:r>
      <w:proofErr w:type="spellEnd"/>
      <w:r>
        <w:t xml:space="preserve"> </w:t>
      </w:r>
      <w:proofErr w:type="spellStart"/>
      <w:r>
        <w:t>beschäftigt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Ingo Hartmeier, </w:t>
      </w:r>
      <w:proofErr w:type="spellStart"/>
      <w:r>
        <w:t>Geschäftsführer</w:t>
      </w:r>
      <w:proofErr w:type="spellEnd"/>
      <w:r>
        <w:t xml:space="preserve"> der </w:t>
      </w:r>
      <w:proofErr w:type="spellStart"/>
      <w:r>
        <w:t>GeoResearch</w:t>
      </w:r>
      <w:proofErr w:type="spellEnd"/>
      <w:r>
        <w:t xml:space="preserve"> </w:t>
      </w:r>
      <w:proofErr w:type="spellStart"/>
      <w:r>
        <w:t>Forschungsgesellschaft</w:t>
      </w:r>
      <w:proofErr w:type="spellEnd"/>
      <w:r>
        <w:t xml:space="preserve">, den ich in Salzburg </w:t>
      </w:r>
      <w:proofErr w:type="spellStart"/>
      <w:r>
        <w:t>getroffen</w:t>
      </w:r>
      <w:proofErr w:type="spellEnd"/>
      <w:r>
        <w:t xml:space="preserve"> </w:t>
      </w:r>
      <w:proofErr w:type="spellStart"/>
      <w:r>
        <w:t>habe</w:t>
      </w:r>
      <w:proofErr w:type="spellEnd"/>
      <w:r>
        <w:t xml:space="preserve">. Toni Riepler, </w:t>
      </w:r>
      <w:proofErr w:type="spellStart"/>
      <w:r>
        <w:t>Hüttenwirt</w:t>
      </w:r>
      <w:proofErr w:type="spellEnd"/>
      <w:r>
        <w:t xml:space="preserve"> der </w:t>
      </w:r>
      <w:proofErr w:type="spellStart"/>
      <w:r>
        <w:t>Erzherzog</w:t>
      </w:r>
      <w:proofErr w:type="spellEnd"/>
      <w:r>
        <w:t xml:space="preserve">-Johann-Hütte, muss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diesen</w:t>
      </w:r>
      <w:proofErr w:type="spellEnd"/>
      <w:r>
        <w:t xml:space="preserve"> </w:t>
      </w:r>
      <w:proofErr w:type="spellStart"/>
      <w:r>
        <w:t>Veränderungen</w:t>
      </w:r>
      <w:proofErr w:type="spellEnd"/>
      <w:r>
        <w:t xml:space="preserve"> </w:t>
      </w:r>
      <w:proofErr w:type="spellStart"/>
      <w:r>
        <w:t>ebenso</w:t>
      </w:r>
      <w:proofErr w:type="spellEnd"/>
      <w:r>
        <w:t xml:space="preserve"> </w:t>
      </w:r>
      <w:proofErr w:type="spellStart"/>
      <w:r>
        <w:t>stellen</w:t>
      </w:r>
      <w:proofErr w:type="spellEnd"/>
      <w:r>
        <w:t xml:space="preserve"> </w:t>
      </w:r>
      <w:proofErr w:type="spellStart"/>
      <w:r>
        <w:t>wie</w:t>
      </w:r>
      <w:proofErr w:type="spellEnd"/>
      <w:r>
        <w:t xml:space="preserve"> Martina Mattersberger und der </w:t>
      </w:r>
      <w:proofErr w:type="spellStart"/>
      <w:r>
        <w:t>Wegebautrupp</w:t>
      </w:r>
      <w:proofErr w:type="spellEnd"/>
      <w:r>
        <w:t xml:space="preserve"> der </w:t>
      </w:r>
      <w:proofErr w:type="spellStart"/>
      <w:r>
        <w:t>Sektion</w:t>
      </w:r>
      <w:proofErr w:type="spellEnd"/>
      <w:r>
        <w:t xml:space="preserve"> </w:t>
      </w:r>
      <w:proofErr w:type="spellStart"/>
      <w:r>
        <w:t>Mattrei</w:t>
      </w:r>
      <w:proofErr w:type="spellEnd"/>
      <w:r>
        <w:t xml:space="preserve"> des </w:t>
      </w:r>
      <w:proofErr w:type="spellStart"/>
      <w:r>
        <w:t>Österreichischen</w:t>
      </w:r>
      <w:proofErr w:type="spellEnd"/>
      <w:r>
        <w:t xml:space="preserve"> </w:t>
      </w:r>
      <w:proofErr w:type="spellStart"/>
      <w:r>
        <w:t>Alpenvereins</w:t>
      </w:r>
      <w:proofErr w:type="spellEnd"/>
      <w:r>
        <w:t xml:space="preserve">. Aber </w:t>
      </w:r>
      <w:proofErr w:type="spellStart"/>
      <w:r>
        <w:t>beginnen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einer</w:t>
      </w:r>
      <w:proofErr w:type="spellEnd"/>
      <w:r>
        <w:t xml:space="preserve"> Definition: Was verstehen </w:t>
      </w:r>
      <w:proofErr w:type="spellStart"/>
      <w:r>
        <w:t>wir</w:t>
      </w:r>
      <w:proofErr w:type="spellEnd"/>
      <w:r>
        <w:t xml:space="preserve"> </w:t>
      </w:r>
      <w:proofErr w:type="spellStart"/>
      <w:r>
        <w:t>eigentlich</w:t>
      </w:r>
      <w:proofErr w:type="spellEnd"/>
      <w:r>
        <w:t xml:space="preserve"> </w:t>
      </w:r>
      <w:proofErr w:type="spellStart"/>
      <w:r>
        <w:t>unter</w:t>
      </w:r>
      <w:proofErr w:type="spellEnd"/>
      <w:r>
        <w:t xml:space="preserve"> alpine </w:t>
      </w:r>
      <w:proofErr w:type="spellStart"/>
      <w:r>
        <w:t>Naturgefahren</w:t>
      </w:r>
      <w:proofErr w:type="spellEnd"/>
      <w:r>
        <w:t xml:space="preserve">, Ingo Hartmeier? </w:t>
      </w:r>
    </w:p>
    <w:p w14:paraId="4C259D2A" w14:textId="77777777" w:rsidR="005526BC" w:rsidRDefault="005526BC"/>
    <w:p w14:paraId="5A0B3E0E" w14:textId="77777777" w:rsidR="005526BC" w:rsidRDefault="000122CF">
      <w:r>
        <w:rPr>
          <w:b/>
        </w:rPr>
        <w:t xml:space="preserve">00:01:28,790 --&gt; 00:01:50,280 [Ingo </w:t>
      </w:r>
      <w:proofErr w:type="spellStart"/>
      <w:r>
        <w:rPr>
          <w:b/>
        </w:rPr>
        <w:t>Hartmeier</w:t>
      </w:r>
      <w:proofErr w:type="spellEnd"/>
      <w:r>
        <w:rPr>
          <w:b/>
        </w:rPr>
        <w:t xml:space="preserve"> (Gast) ]</w:t>
      </w:r>
    </w:p>
    <w:p w14:paraId="7C588B34" w14:textId="2B34EA30" w:rsidR="005526BC" w:rsidRDefault="000122CF">
      <w:r>
        <w:t xml:space="preserve">Alpine </w:t>
      </w:r>
      <w:proofErr w:type="spellStart"/>
      <w:r>
        <w:t>Naturgefahren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 </w:t>
      </w:r>
      <w:proofErr w:type="spellStart"/>
      <w:r>
        <w:t>grundsätzlich</w:t>
      </w:r>
      <w:proofErr w:type="spellEnd"/>
      <w:r>
        <w:t xml:space="preserve"> mal </w:t>
      </w:r>
      <w:proofErr w:type="spellStart"/>
      <w:r>
        <w:t>potenzie</w:t>
      </w:r>
      <w:r w:rsidR="00F77923">
        <w:t>l</w:t>
      </w:r>
      <w:r>
        <w:t>l</w:t>
      </w:r>
      <w:proofErr w:type="spellEnd"/>
      <w:r>
        <w:t xml:space="preserve"> </w:t>
      </w:r>
      <w:proofErr w:type="spellStart"/>
      <w:r>
        <w:t>schadbringende</w:t>
      </w:r>
      <w:proofErr w:type="spellEnd"/>
      <w:r>
        <w:t xml:space="preserve"> </w:t>
      </w:r>
      <w:proofErr w:type="spellStart"/>
      <w:r>
        <w:t>Ereignisse</w:t>
      </w:r>
      <w:proofErr w:type="spellEnd"/>
      <w:r>
        <w:t xml:space="preserve">, die also für Mensch und </w:t>
      </w:r>
      <w:proofErr w:type="spellStart"/>
      <w:r>
        <w:t>Infrastruktur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potenzielle</w:t>
      </w:r>
      <w:proofErr w:type="spellEnd"/>
      <w:r>
        <w:t xml:space="preserve"> </w:t>
      </w:r>
      <w:proofErr w:type="spellStart"/>
      <w:r>
        <w:t>Gefährdung</w:t>
      </w:r>
      <w:proofErr w:type="spellEnd"/>
      <w:r>
        <w:t xml:space="preserve"> </w:t>
      </w:r>
      <w:proofErr w:type="spellStart"/>
      <w:r>
        <w:t>darstellen</w:t>
      </w:r>
      <w:proofErr w:type="spellEnd"/>
      <w:r>
        <w:t xml:space="preserve">. Das </w:t>
      </w:r>
      <w:proofErr w:type="spellStart"/>
      <w:r>
        <w:t>heißt</w:t>
      </w:r>
      <w:proofErr w:type="spellEnd"/>
      <w:r>
        <w:t xml:space="preserve">, </w:t>
      </w:r>
      <w:proofErr w:type="spellStart"/>
      <w:r>
        <w:t>vom</w:t>
      </w:r>
      <w:proofErr w:type="spellEnd"/>
      <w:r>
        <w:t xml:space="preserve"> </w:t>
      </w:r>
      <w:proofErr w:type="spellStart"/>
      <w:r>
        <w:t>reinen</w:t>
      </w:r>
      <w:proofErr w:type="spellEnd"/>
      <w:r>
        <w:t xml:space="preserve"> </w:t>
      </w:r>
      <w:proofErr w:type="spellStart"/>
      <w:r>
        <w:t>Naturprozess</w:t>
      </w:r>
      <w:proofErr w:type="spellEnd"/>
      <w:r>
        <w:t xml:space="preserve">, also von der </w:t>
      </w:r>
      <w:proofErr w:type="spellStart"/>
      <w:r>
        <w:t>reinen</w:t>
      </w:r>
      <w:proofErr w:type="spellEnd"/>
      <w:r>
        <w:t xml:space="preserve">, </w:t>
      </w:r>
      <w:proofErr w:type="spellStart"/>
      <w:r>
        <w:t>vom</w:t>
      </w:r>
      <w:proofErr w:type="spellEnd"/>
      <w:r>
        <w:t xml:space="preserve"> </w:t>
      </w:r>
      <w:proofErr w:type="spellStart"/>
      <w:r>
        <w:t>reinen</w:t>
      </w:r>
      <w:proofErr w:type="spellEnd"/>
      <w:r>
        <w:t xml:space="preserve"> </w:t>
      </w:r>
      <w:proofErr w:type="spellStart"/>
      <w:r>
        <w:t>geomorphologischen</w:t>
      </w:r>
      <w:proofErr w:type="spellEnd"/>
      <w:r>
        <w:t xml:space="preserve"> </w:t>
      </w:r>
      <w:proofErr w:type="spellStart"/>
      <w:r>
        <w:t>Ereignis</w:t>
      </w:r>
      <w:proofErr w:type="spellEnd"/>
      <w:r>
        <w:t xml:space="preserve">, </w:t>
      </w:r>
      <w:proofErr w:type="spellStart"/>
      <w:r>
        <w:t>unterscheidet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alpine </w:t>
      </w:r>
      <w:proofErr w:type="spellStart"/>
      <w:r>
        <w:t>Naturgefahr</w:t>
      </w:r>
      <w:proofErr w:type="spellEnd"/>
      <w:r>
        <w:t xml:space="preserve"> </w:t>
      </w:r>
      <w:proofErr w:type="spellStart"/>
      <w:r>
        <w:t>dahingehend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es </w:t>
      </w:r>
      <w:proofErr w:type="spellStart"/>
      <w:r>
        <w:t>meistens</w:t>
      </w:r>
      <w:proofErr w:type="spellEnd"/>
      <w:r>
        <w:t xml:space="preserve"> um die </w:t>
      </w:r>
      <w:proofErr w:type="spellStart"/>
      <w:r>
        <w:t>Betrachtung</w:t>
      </w:r>
      <w:proofErr w:type="spellEnd"/>
      <w:r>
        <w:t xml:space="preserve">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menschlichen</w:t>
      </w:r>
      <w:proofErr w:type="spellEnd"/>
      <w:r>
        <w:t xml:space="preserve"> </w:t>
      </w:r>
      <w:proofErr w:type="spellStart"/>
      <w:r>
        <w:t>Infrastruktur</w:t>
      </w:r>
      <w:proofErr w:type="spellEnd"/>
      <w:r>
        <w:t xml:space="preserve"> </w:t>
      </w:r>
      <w:proofErr w:type="spellStart"/>
      <w:r>
        <w:t>geht</w:t>
      </w:r>
      <w:proofErr w:type="spellEnd"/>
      <w:r>
        <w:t xml:space="preserve">. </w:t>
      </w:r>
    </w:p>
    <w:p w14:paraId="6BE14E36" w14:textId="77777777" w:rsidR="005526BC" w:rsidRDefault="005526BC"/>
    <w:p w14:paraId="3D82656E" w14:textId="77777777" w:rsidR="005526BC" w:rsidRDefault="000122CF">
      <w:r>
        <w:rPr>
          <w:b/>
        </w:rPr>
        <w:lastRenderedPageBreak/>
        <w:t>00:01:50,280 --&gt; 00:01:52,400 [Christine Brugger (Moderatorin)]</w:t>
      </w:r>
    </w:p>
    <w:p w14:paraId="4E79F185" w14:textId="77777777" w:rsidR="005526BC" w:rsidRDefault="000122CF">
      <w:r>
        <w:t xml:space="preserve">Um </w:t>
      </w:r>
      <w:proofErr w:type="spellStart"/>
      <w:r>
        <w:t>einige</w:t>
      </w:r>
      <w:proofErr w:type="spellEnd"/>
      <w:r>
        <w:t xml:space="preserve"> </w:t>
      </w:r>
      <w:proofErr w:type="spellStart"/>
      <w:r>
        <w:t>Beispiele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nennen</w:t>
      </w:r>
      <w:proofErr w:type="spellEnd"/>
      <w:r>
        <w:t xml:space="preserve">? </w:t>
      </w:r>
    </w:p>
    <w:p w14:paraId="37335CE0" w14:textId="77777777" w:rsidR="005526BC" w:rsidRDefault="005526BC"/>
    <w:p w14:paraId="487EC3E2" w14:textId="77777777" w:rsidR="005526BC" w:rsidRDefault="000122CF">
      <w:r>
        <w:rPr>
          <w:b/>
        </w:rPr>
        <w:t xml:space="preserve">00:01:52,400 --&gt; 00:02:38,200 [Ingo </w:t>
      </w:r>
      <w:proofErr w:type="spellStart"/>
      <w:r>
        <w:rPr>
          <w:b/>
        </w:rPr>
        <w:t>Hartmeier</w:t>
      </w:r>
      <w:proofErr w:type="spellEnd"/>
      <w:r>
        <w:rPr>
          <w:b/>
        </w:rPr>
        <w:t xml:space="preserve"> (Gast) ]</w:t>
      </w:r>
    </w:p>
    <w:p w14:paraId="422D8C05" w14:textId="77777777" w:rsidR="005526BC" w:rsidRDefault="000122CF">
      <w:r>
        <w:t xml:space="preserve">Also </w:t>
      </w:r>
      <w:proofErr w:type="spellStart"/>
      <w:r>
        <w:t>klassisches</w:t>
      </w:r>
      <w:proofErr w:type="spellEnd"/>
      <w:r>
        <w:t xml:space="preserve"> </w:t>
      </w:r>
      <w:proofErr w:type="spellStart"/>
      <w:r>
        <w:t>Beispiel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natürlich</w:t>
      </w:r>
      <w:proofErr w:type="spellEnd"/>
      <w:r>
        <w:t xml:space="preserve"> der </w:t>
      </w:r>
      <w:proofErr w:type="spellStart"/>
      <w:r>
        <w:t>Steinschlag</w:t>
      </w:r>
      <w:proofErr w:type="spellEnd"/>
      <w:r>
        <w:t xml:space="preserve">. </w:t>
      </w:r>
      <w:proofErr w:type="spellStart"/>
      <w:r>
        <w:t>Jeder</w:t>
      </w:r>
      <w:proofErr w:type="spellEnd"/>
      <w:r>
        <w:t xml:space="preserve">, der </w:t>
      </w:r>
      <w:proofErr w:type="spellStart"/>
      <w:r>
        <w:t>schon</w:t>
      </w:r>
      <w:proofErr w:type="spellEnd"/>
      <w:r>
        <w:t xml:space="preserve"> mal in den Alpen auf den </w:t>
      </w:r>
      <w:proofErr w:type="spellStart"/>
      <w:r>
        <w:t>Straßen</w:t>
      </w:r>
      <w:proofErr w:type="spellEnd"/>
      <w:r>
        <w:t xml:space="preserve"> </w:t>
      </w:r>
      <w:proofErr w:type="spellStart"/>
      <w:r>
        <w:t>unterwegs</w:t>
      </w:r>
      <w:proofErr w:type="spellEnd"/>
      <w:r>
        <w:t xml:space="preserve"> war, </w:t>
      </w:r>
      <w:proofErr w:type="spellStart"/>
      <w:r>
        <w:t>kennt</w:t>
      </w:r>
      <w:proofErr w:type="spellEnd"/>
      <w:r>
        <w:t xml:space="preserve"> die </w:t>
      </w:r>
      <w:proofErr w:type="spellStart"/>
      <w:r>
        <w:t>Steinschlag-Hinweisschilder</w:t>
      </w:r>
      <w:proofErr w:type="spellEnd"/>
      <w:r>
        <w:t xml:space="preserve">. Wenn </w:t>
      </w:r>
      <w:proofErr w:type="spellStart"/>
      <w:r>
        <w:t>ein</w:t>
      </w:r>
      <w:proofErr w:type="spellEnd"/>
      <w:r>
        <w:t xml:space="preserve"> Stein von </w:t>
      </w:r>
      <w:proofErr w:type="spellStart"/>
      <w:r>
        <w:t>oben</w:t>
      </w:r>
      <w:proofErr w:type="spellEnd"/>
      <w:r>
        <w:t xml:space="preserve"> </w:t>
      </w:r>
      <w:proofErr w:type="spellStart"/>
      <w:r>
        <w:t>kommt</w:t>
      </w:r>
      <w:proofErr w:type="spellEnd"/>
      <w:r>
        <w:t xml:space="preserve">, </w:t>
      </w:r>
      <w:proofErr w:type="spellStart"/>
      <w:r>
        <w:t>kann</w:t>
      </w:r>
      <w:proofErr w:type="spellEnd"/>
      <w:r>
        <w:t xml:space="preserve"> das </w:t>
      </w:r>
      <w:proofErr w:type="spellStart"/>
      <w:r>
        <w:t>natürlich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Problem </w:t>
      </w:r>
      <w:proofErr w:type="spellStart"/>
      <w:r>
        <w:t>verursachen</w:t>
      </w:r>
      <w:proofErr w:type="spellEnd"/>
      <w:r>
        <w:t xml:space="preserve">, </w:t>
      </w:r>
      <w:proofErr w:type="spellStart"/>
      <w:r>
        <w:t>ein</w:t>
      </w:r>
      <w:proofErr w:type="spellEnd"/>
      <w:r>
        <w:t xml:space="preserve"> Risiko </w:t>
      </w:r>
      <w:proofErr w:type="spellStart"/>
      <w:r>
        <w:t>verursachen</w:t>
      </w:r>
      <w:proofErr w:type="spellEnd"/>
      <w:r>
        <w:t xml:space="preserve"> und da </w:t>
      </w:r>
      <w:proofErr w:type="spellStart"/>
      <w:r>
        <w:t>gibt's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größere</w:t>
      </w:r>
      <w:proofErr w:type="spellEnd"/>
      <w:r>
        <w:t xml:space="preserve"> </w:t>
      </w:r>
      <w:proofErr w:type="spellStart"/>
      <w:r>
        <w:t>Ereignisse</w:t>
      </w:r>
      <w:proofErr w:type="spellEnd"/>
      <w:r>
        <w:t xml:space="preserve"> </w:t>
      </w:r>
      <w:proofErr w:type="spellStart"/>
      <w:r>
        <w:t>wie</w:t>
      </w:r>
      <w:proofErr w:type="spellEnd"/>
      <w:r>
        <w:t xml:space="preserve"> </w:t>
      </w:r>
      <w:proofErr w:type="spellStart"/>
      <w:r>
        <w:t>Felsstürze</w:t>
      </w:r>
      <w:proofErr w:type="spellEnd"/>
      <w:r>
        <w:t xml:space="preserve">. Bei </w:t>
      </w:r>
      <w:proofErr w:type="spellStart"/>
      <w:r>
        <w:t>ganz</w:t>
      </w:r>
      <w:proofErr w:type="spellEnd"/>
      <w:r>
        <w:t xml:space="preserve"> </w:t>
      </w:r>
      <w:proofErr w:type="spellStart"/>
      <w:r>
        <w:t>großen</w:t>
      </w:r>
      <w:proofErr w:type="spellEnd"/>
      <w:r>
        <w:t xml:space="preserve"> </w:t>
      </w:r>
      <w:proofErr w:type="spellStart"/>
      <w:r>
        <w:t>Ereignissen</w:t>
      </w:r>
      <w:proofErr w:type="spellEnd"/>
      <w:r>
        <w:t xml:space="preserve"> </w:t>
      </w:r>
      <w:proofErr w:type="spellStart"/>
      <w:r>
        <w:t>sprechen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dann</w:t>
      </w:r>
      <w:proofErr w:type="spellEnd"/>
      <w:r>
        <w:t xml:space="preserve"> von Bergstürzen. Das </w:t>
      </w:r>
      <w:proofErr w:type="spellStart"/>
      <w:r>
        <w:t>sind</w:t>
      </w:r>
      <w:proofErr w:type="spellEnd"/>
      <w:r>
        <w:t xml:space="preserve">, </w:t>
      </w:r>
      <w:proofErr w:type="spellStart"/>
      <w:r>
        <w:t>äh</w:t>
      </w:r>
      <w:proofErr w:type="spellEnd"/>
      <w:r>
        <w:t xml:space="preserve">, </w:t>
      </w:r>
      <w:proofErr w:type="spellStart"/>
      <w:r>
        <w:t>Ereignisse</w:t>
      </w:r>
      <w:proofErr w:type="spellEnd"/>
      <w:r>
        <w:t xml:space="preserve">, wo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ganze</w:t>
      </w:r>
      <w:proofErr w:type="spellEnd"/>
      <w:r>
        <w:t xml:space="preserve"> </w:t>
      </w:r>
      <w:proofErr w:type="spellStart"/>
      <w:r>
        <w:t>Hangflanken</w:t>
      </w:r>
      <w:proofErr w:type="spellEnd"/>
      <w:r>
        <w:t xml:space="preserve"> </w:t>
      </w:r>
      <w:proofErr w:type="spellStart"/>
      <w:r>
        <w:t>bewegen</w:t>
      </w:r>
      <w:proofErr w:type="spellEnd"/>
      <w:r>
        <w:t xml:space="preserve">, die </w:t>
      </w:r>
      <w:proofErr w:type="spellStart"/>
      <w:r>
        <w:t>Murgänge</w:t>
      </w:r>
      <w:proofErr w:type="spellEnd"/>
      <w:r>
        <w:t xml:space="preserve">, </w:t>
      </w:r>
      <w:proofErr w:type="spellStart"/>
      <w:r>
        <w:t>äh</w:t>
      </w:r>
      <w:proofErr w:type="spellEnd"/>
      <w:r>
        <w:t xml:space="preserve">, </w:t>
      </w:r>
      <w:proofErr w:type="spellStart"/>
      <w:r>
        <w:t>wenn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Wasser </w:t>
      </w:r>
      <w:proofErr w:type="spellStart"/>
      <w:r>
        <w:t>im</w:t>
      </w:r>
      <w:proofErr w:type="spellEnd"/>
      <w:r>
        <w:t xml:space="preserve"> Spiel </w:t>
      </w:r>
      <w:proofErr w:type="spellStart"/>
      <w:r>
        <w:t>ist</w:t>
      </w:r>
      <w:proofErr w:type="spellEnd"/>
      <w:r>
        <w:t xml:space="preserve"> und das Wasser </w:t>
      </w:r>
      <w:proofErr w:type="spellStart"/>
      <w:r>
        <w:t>zur</w:t>
      </w:r>
      <w:proofErr w:type="spellEnd"/>
      <w:r>
        <w:t xml:space="preserve"> </w:t>
      </w:r>
      <w:proofErr w:type="spellStart"/>
      <w:r>
        <w:t>Mobilisierung</w:t>
      </w:r>
      <w:proofErr w:type="spellEnd"/>
      <w:r>
        <w:t xml:space="preserve"> von Erdreich, </w:t>
      </w:r>
      <w:proofErr w:type="spellStart"/>
      <w:r>
        <w:t>auch</w:t>
      </w:r>
      <w:proofErr w:type="spellEnd"/>
      <w:r>
        <w:t xml:space="preserve"> von </w:t>
      </w:r>
      <w:proofErr w:type="spellStart"/>
      <w:r>
        <w:t>organischem</w:t>
      </w:r>
      <w:proofErr w:type="spellEnd"/>
      <w:r>
        <w:t xml:space="preserve"> Material </w:t>
      </w:r>
      <w:proofErr w:type="spellStart"/>
      <w:r>
        <w:t>führt</w:t>
      </w:r>
      <w:proofErr w:type="spellEnd"/>
      <w:r>
        <w:t xml:space="preserve">, </w:t>
      </w:r>
      <w:proofErr w:type="spellStart"/>
      <w:r>
        <w:t>kennen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das alle, </w:t>
      </w:r>
      <w:proofErr w:type="spellStart"/>
      <w:r>
        <w:t>gerade</w:t>
      </w:r>
      <w:proofErr w:type="spellEnd"/>
      <w:r>
        <w:t xml:space="preserve"> in den </w:t>
      </w:r>
      <w:proofErr w:type="spellStart"/>
      <w:r>
        <w:t>steilen</w:t>
      </w:r>
      <w:proofErr w:type="spellEnd"/>
      <w:r>
        <w:t xml:space="preserve"> </w:t>
      </w:r>
      <w:proofErr w:type="spellStart"/>
      <w:r>
        <w:t>Tälern</w:t>
      </w:r>
      <w:proofErr w:type="spellEnd"/>
      <w:r>
        <w:t xml:space="preserve">, da </w:t>
      </w:r>
      <w:proofErr w:type="spellStart"/>
      <w:r>
        <w:t>gibt's</w:t>
      </w:r>
      <w:proofErr w:type="spellEnd"/>
      <w:r>
        <w:t xml:space="preserve"> </w:t>
      </w:r>
      <w:proofErr w:type="spellStart"/>
      <w:r>
        <w:t>leidvolle</w:t>
      </w:r>
      <w:proofErr w:type="spellEnd"/>
      <w:r>
        <w:t xml:space="preserve"> </w:t>
      </w:r>
      <w:proofErr w:type="spellStart"/>
      <w:r>
        <w:t>Erfahrungen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großen</w:t>
      </w:r>
      <w:proofErr w:type="spellEnd"/>
      <w:r>
        <w:t xml:space="preserve">, </w:t>
      </w:r>
      <w:proofErr w:type="spellStart"/>
      <w:r>
        <w:t>äh</w:t>
      </w:r>
      <w:proofErr w:type="spellEnd"/>
      <w:r>
        <w:t xml:space="preserve">, </w:t>
      </w:r>
      <w:proofErr w:type="spellStart"/>
      <w:r>
        <w:t>Niederschlagsereignissen</w:t>
      </w:r>
      <w:proofErr w:type="spellEnd"/>
      <w:r>
        <w:t xml:space="preserve">. Und </w:t>
      </w:r>
      <w:proofErr w:type="spellStart"/>
      <w:r>
        <w:t>dann</w:t>
      </w:r>
      <w:proofErr w:type="spellEnd"/>
      <w:r>
        <w:t xml:space="preserve"> </w:t>
      </w:r>
      <w:proofErr w:type="spellStart"/>
      <w:r>
        <w:t>gibt's</w:t>
      </w:r>
      <w:proofErr w:type="spellEnd"/>
      <w:r>
        <w:t xml:space="preserve"> </w:t>
      </w:r>
      <w:proofErr w:type="spellStart"/>
      <w:r>
        <w:t>natürlich</w:t>
      </w:r>
      <w:proofErr w:type="spellEnd"/>
      <w:r>
        <w:t xml:space="preserve"> die stark </w:t>
      </w:r>
      <w:proofErr w:type="spellStart"/>
      <w:r>
        <w:t>hydrologisch</w:t>
      </w:r>
      <w:proofErr w:type="spellEnd"/>
      <w:r>
        <w:t xml:space="preserve"> </w:t>
      </w:r>
      <w:proofErr w:type="spellStart"/>
      <w:r>
        <w:t>gesteuerten</w:t>
      </w:r>
      <w:proofErr w:type="spellEnd"/>
      <w:r>
        <w:t xml:space="preserve">, </w:t>
      </w:r>
      <w:proofErr w:type="spellStart"/>
      <w:r>
        <w:t>äh</w:t>
      </w:r>
      <w:proofErr w:type="spellEnd"/>
      <w:r>
        <w:t xml:space="preserve">, </w:t>
      </w:r>
      <w:proofErr w:type="spellStart"/>
      <w:r>
        <w:t>Naturgefahren</w:t>
      </w:r>
      <w:proofErr w:type="spellEnd"/>
      <w:r>
        <w:t xml:space="preserve"> </w:t>
      </w:r>
      <w:proofErr w:type="spellStart"/>
      <w:r>
        <w:t>wie</w:t>
      </w:r>
      <w:proofErr w:type="spellEnd"/>
      <w:r>
        <w:t xml:space="preserve"> </w:t>
      </w:r>
      <w:proofErr w:type="spellStart"/>
      <w:r>
        <w:t>lokale</w:t>
      </w:r>
      <w:proofErr w:type="spellEnd"/>
      <w:r>
        <w:t xml:space="preserve"> </w:t>
      </w:r>
      <w:proofErr w:type="spellStart"/>
      <w:r>
        <w:t>Überflutungen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größere</w:t>
      </w:r>
      <w:proofErr w:type="spellEnd"/>
      <w:r>
        <w:t xml:space="preserve"> </w:t>
      </w:r>
      <w:proofErr w:type="spellStart"/>
      <w:r>
        <w:t>Überschwemmungen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Starkregenereignissen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lang </w:t>
      </w:r>
      <w:proofErr w:type="spellStart"/>
      <w:r>
        <w:t>anhaltenden</w:t>
      </w:r>
      <w:proofErr w:type="spellEnd"/>
      <w:r>
        <w:t xml:space="preserve"> </w:t>
      </w:r>
      <w:proofErr w:type="spellStart"/>
      <w:r>
        <w:t>Niederschlägen</w:t>
      </w:r>
      <w:proofErr w:type="spellEnd"/>
      <w:r>
        <w:t xml:space="preserve">. </w:t>
      </w:r>
    </w:p>
    <w:p w14:paraId="68616A44" w14:textId="77777777" w:rsidR="005526BC" w:rsidRDefault="005526BC"/>
    <w:p w14:paraId="7C36935B" w14:textId="77777777" w:rsidR="005526BC" w:rsidRDefault="000122CF">
      <w:r>
        <w:rPr>
          <w:b/>
        </w:rPr>
        <w:t>00:02:38,200 --&gt; 00:02:51,760 [Christine Brugger (Moderatorin)]</w:t>
      </w:r>
    </w:p>
    <w:p w14:paraId="54C01666" w14:textId="77777777" w:rsidR="005526BC" w:rsidRDefault="000122CF">
      <w:proofErr w:type="spellStart"/>
      <w:r>
        <w:t>Spektakulär</w:t>
      </w:r>
      <w:proofErr w:type="spellEnd"/>
      <w:r>
        <w:t xml:space="preserve"> </w:t>
      </w:r>
      <w:proofErr w:type="spellStart"/>
      <w:r>
        <w:t>kann</w:t>
      </w:r>
      <w:proofErr w:type="spellEnd"/>
      <w:r>
        <w:t xml:space="preserve"> man das </w:t>
      </w:r>
      <w:proofErr w:type="spellStart"/>
      <w:r>
        <w:t>beobachten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Nationalpark</w:t>
      </w:r>
      <w:proofErr w:type="spellEnd"/>
      <w:r>
        <w:t xml:space="preserve"> Hohe Tauern </w:t>
      </w:r>
      <w:proofErr w:type="spellStart"/>
      <w:r>
        <w:t>im</w:t>
      </w:r>
      <w:proofErr w:type="spellEnd"/>
      <w:r>
        <w:t xml:space="preserve"> </w:t>
      </w:r>
      <w:proofErr w:type="spellStart"/>
      <w:r>
        <w:t>Obersulzbachtal</w:t>
      </w:r>
      <w:proofErr w:type="spellEnd"/>
      <w:r>
        <w:t xml:space="preserve">. Dort </w:t>
      </w:r>
      <w:proofErr w:type="spellStart"/>
      <w:r>
        <w:t>gibt</w:t>
      </w:r>
      <w:proofErr w:type="spellEnd"/>
      <w:r>
        <w:t xml:space="preserve"> es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Talflanke</w:t>
      </w:r>
      <w:proofErr w:type="spellEnd"/>
      <w:r>
        <w:t xml:space="preserve">, die </w:t>
      </w:r>
      <w:proofErr w:type="spellStart"/>
      <w:r>
        <w:t>mehr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weniger</w:t>
      </w:r>
      <w:proofErr w:type="spellEnd"/>
      <w:r>
        <w:t xml:space="preserve"> immer in </w:t>
      </w:r>
      <w:proofErr w:type="spellStart"/>
      <w:r>
        <w:t>Bewegung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. Was </w:t>
      </w:r>
      <w:proofErr w:type="spellStart"/>
      <w:r>
        <w:t>passiert</w:t>
      </w:r>
      <w:proofErr w:type="spellEnd"/>
      <w:r>
        <w:t xml:space="preserve"> da? </w:t>
      </w:r>
    </w:p>
    <w:p w14:paraId="68282922" w14:textId="77777777" w:rsidR="005526BC" w:rsidRDefault="005526BC"/>
    <w:p w14:paraId="67BEF4A3" w14:textId="77777777" w:rsidR="005526BC" w:rsidRDefault="000122CF">
      <w:r>
        <w:rPr>
          <w:b/>
        </w:rPr>
        <w:t xml:space="preserve">00:02:51,760 --&gt; 00:03:54,000 [Ingo </w:t>
      </w:r>
      <w:proofErr w:type="spellStart"/>
      <w:r>
        <w:rPr>
          <w:b/>
        </w:rPr>
        <w:t>Hartmeier</w:t>
      </w:r>
      <w:proofErr w:type="spellEnd"/>
      <w:r>
        <w:rPr>
          <w:b/>
        </w:rPr>
        <w:t xml:space="preserve"> (Gast) ]</w:t>
      </w:r>
    </w:p>
    <w:p w14:paraId="23BBF1A6" w14:textId="2808F274" w:rsidR="005526BC" w:rsidRDefault="000122CF">
      <w:r>
        <w:t xml:space="preserve">Ja, das </w:t>
      </w:r>
      <w:proofErr w:type="spellStart"/>
      <w:r>
        <w:t>ist</w:t>
      </w:r>
      <w:proofErr w:type="spellEnd"/>
      <w:r>
        <w:t xml:space="preserve"> </w:t>
      </w:r>
      <w:proofErr w:type="spellStart"/>
      <w:r>
        <w:t>tatsächlich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sehr</w:t>
      </w:r>
      <w:proofErr w:type="spellEnd"/>
      <w:r>
        <w:t xml:space="preserve"> </w:t>
      </w:r>
      <w:proofErr w:type="spellStart"/>
      <w:r>
        <w:t>spannendes</w:t>
      </w:r>
      <w:proofErr w:type="spellEnd"/>
      <w:r>
        <w:t xml:space="preserve"> </w:t>
      </w:r>
      <w:proofErr w:type="spellStart"/>
      <w:r>
        <w:t>Fallbeispiel</w:t>
      </w:r>
      <w:proofErr w:type="spellEnd"/>
      <w:r>
        <w:t xml:space="preserve">. </w:t>
      </w:r>
      <w:proofErr w:type="spellStart"/>
      <w:r>
        <w:t>Äh</w:t>
      </w:r>
      <w:proofErr w:type="spellEnd"/>
      <w:r>
        <w:t xml:space="preserve">, </w:t>
      </w:r>
      <w:proofErr w:type="spellStart"/>
      <w:r>
        <w:t>wir</w:t>
      </w:r>
      <w:proofErr w:type="spellEnd"/>
      <w:r>
        <w:t xml:space="preserve"> </w:t>
      </w:r>
      <w:proofErr w:type="spellStart"/>
      <w:r>
        <w:t>monitoren</w:t>
      </w:r>
      <w:proofErr w:type="spellEnd"/>
      <w:r>
        <w:t xml:space="preserve"> das </w:t>
      </w:r>
      <w:proofErr w:type="spellStart"/>
      <w:r>
        <w:t>jetzt</w:t>
      </w:r>
      <w:proofErr w:type="spellEnd"/>
      <w:r>
        <w:t xml:space="preserve"> </w:t>
      </w:r>
      <w:proofErr w:type="spellStart"/>
      <w:r>
        <w:t>seit</w:t>
      </w:r>
      <w:proofErr w:type="spellEnd"/>
      <w:r>
        <w:t xml:space="preserve">, </w:t>
      </w:r>
      <w:proofErr w:type="spellStart"/>
      <w:r>
        <w:t>äh</w:t>
      </w:r>
      <w:proofErr w:type="spellEnd"/>
      <w:r>
        <w:t xml:space="preserve">, </w:t>
      </w:r>
      <w:proofErr w:type="spellStart"/>
      <w:r>
        <w:t>über</w:t>
      </w:r>
      <w:proofErr w:type="spellEnd"/>
      <w:r>
        <w:t xml:space="preserve"> </w:t>
      </w:r>
      <w:proofErr w:type="spellStart"/>
      <w:r>
        <w:t>zehn</w:t>
      </w:r>
      <w:proofErr w:type="spellEnd"/>
      <w:r>
        <w:t xml:space="preserve"> Jahren. Die Ursache </w:t>
      </w:r>
      <w:proofErr w:type="spellStart"/>
      <w:r>
        <w:t>dieser</w:t>
      </w:r>
      <w:proofErr w:type="spellEnd"/>
      <w:r>
        <w:t xml:space="preserve"> </w:t>
      </w:r>
      <w:proofErr w:type="spellStart"/>
      <w:r>
        <w:t>Bewegung</w:t>
      </w:r>
      <w:proofErr w:type="spellEnd"/>
      <w:r>
        <w:t xml:space="preserve"> </w:t>
      </w:r>
      <w:proofErr w:type="spellStart"/>
      <w:r>
        <w:t>geht</w:t>
      </w:r>
      <w:proofErr w:type="spellEnd"/>
      <w:r>
        <w:t xml:space="preserve"> </w:t>
      </w:r>
      <w:proofErr w:type="spellStart"/>
      <w:r>
        <w:t>eigentlich</w:t>
      </w:r>
      <w:proofErr w:type="spellEnd"/>
      <w:r>
        <w:t xml:space="preserve"> </w:t>
      </w:r>
      <w:proofErr w:type="spellStart"/>
      <w:r>
        <w:t>schon</w:t>
      </w:r>
      <w:proofErr w:type="spellEnd"/>
      <w:r>
        <w:t xml:space="preserve"> </w:t>
      </w:r>
      <w:proofErr w:type="spellStart"/>
      <w:r>
        <w:t>viel</w:t>
      </w:r>
      <w:proofErr w:type="spellEnd"/>
      <w:r>
        <w:t xml:space="preserve"> </w:t>
      </w:r>
      <w:proofErr w:type="spellStart"/>
      <w:r>
        <w:t>weiter</w:t>
      </w:r>
      <w:proofErr w:type="spellEnd"/>
      <w:r>
        <w:t xml:space="preserve"> </w:t>
      </w:r>
      <w:proofErr w:type="spellStart"/>
      <w:r>
        <w:t>zurück</w:t>
      </w:r>
      <w:proofErr w:type="spellEnd"/>
      <w:r>
        <w:t xml:space="preserve">. Es hat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dort</w:t>
      </w:r>
      <w:proofErr w:type="spellEnd"/>
      <w:r>
        <w:t xml:space="preserve"> 2005 </w:t>
      </w:r>
      <w:proofErr w:type="spellStart"/>
      <w:r>
        <w:t>infolge</w:t>
      </w:r>
      <w:proofErr w:type="spellEnd"/>
      <w:r>
        <w:t xml:space="preserve"> </w:t>
      </w:r>
      <w:proofErr w:type="spellStart"/>
      <w:r>
        <w:t>eines</w:t>
      </w:r>
      <w:proofErr w:type="spellEnd"/>
      <w:r>
        <w:t xml:space="preserve"> </w:t>
      </w:r>
      <w:proofErr w:type="spellStart"/>
      <w:r>
        <w:t>sommerlichen</w:t>
      </w:r>
      <w:proofErr w:type="spellEnd"/>
      <w:r>
        <w:t xml:space="preserve"> </w:t>
      </w:r>
      <w:proofErr w:type="spellStart"/>
      <w:r>
        <w:t>Starkniederschlages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Teil </w:t>
      </w:r>
      <w:proofErr w:type="spellStart"/>
      <w:r>
        <w:t>dieser</w:t>
      </w:r>
      <w:proofErr w:type="spellEnd"/>
      <w:r>
        <w:t xml:space="preserve"> </w:t>
      </w:r>
      <w:proofErr w:type="spellStart"/>
      <w:r>
        <w:t>Talflanke</w:t>
      </w:r>
      <w:proofErr w:type="spellEnd"/>
      <w:r>
        <w:t xml:space="preserve"> in </w:t>
      </w:r>
      <w:proofErr w:type="spellStart"/>
      <w:r>
        <w:t>Bewegung</w:t>
      </w:r>
      <w:proofErr w:type="spellEnd"/>
      <w:r>
        <w:t xml:space="preserve"> </w:t>
      </w:r>
      <w:proofErr w:type="spellStart"/>
      <w:r>
        <w:t>gesetzt</w:t>
      </w:r>
      <w:proofErr w:type="spellEnd"/>
      <w:r>
        <w:t xml:space="preserve"> und </w:t>
      </w:r>
      <w:proofErr w:type="spellStart"/>
      <w:r>
        <w:t>im</w:t>
      </w:r>
      <w:proofErr w:type="spellEnd"/>
      <w:r>
        <w:t xml:space="preserve"> Lauf der Jahre </w:t>
      </w:r>
      <w:proofErr w:type="spellStart"/>
      <w:r>
        <w:t>ist</w:t>
      </w:r>
      <w:proofErr w:type="spellEnd"/>
      <w:r>
        <w:t xml:space="preserve"> </w:t>
      </w:r>
      <w:proofErr w:type="spellStart"/>
      <w:r>
        <w:t>durch</w:t>
      </w:r>
      <w:proofErr w:type="spellEnd"/>
      <w:r>
        <w:t xml:space="preserve"> </w:t>
      </w:r>
      <w:proofErr w:type="spellStart"/>
      <w:r>
        <w:t>einerseits</w:t>
      </w:r>
      <w:proofErr w:type="spellEnd"/>
      <w:r>
        <w:t xml:space="preserve"> </w:t>
      </w:r>
      <w:proofErr w:type="spellStart"/>
      <w:r>
        <w:t>Permafrostrückgang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oberen</w:t>
      </w:r>
      <w:proofErr w:type="spellEnd"/>
      <w:r>
        <w:t xml:space="preserve"> </w:t>
      </w:r>
      <w:proofErr w:type="spellStart"/>
      <w:r>
        <w:t>Bereich</w:t>
      </w:r>
      <w:proofErr w:type="spellEnd"/>
      <w:r>
        <w:t xml:space="preserve"> </w:t>
      </w:r>
      <w:proofErr w:type="spellStart"/>
      <w:r>
        <w:t>dieser</w:t>
      </w:r>
      <w:proofErr w:type="spellEnd"/>
      <w:r>
        <w:t xml:space="preserve"> </w:t>
      </w:r>
      <w:proofErr w:type="spellStart"/>
      <w:r>
        <w:t>Talflanke</w:t>
      </w:r>
      <w:proofErr w:type="spellEnd"/>
      <w:r>
        <w:t xml:space="preserve"> und </w:t>
      </w:r>
      <w:proofErr w:type="spellStart"/>
      <w:r>
        <w:t>andererseits</w:t>
      </w:r>
      <w:proofErr w:type="spellEnd"/>
      <w:r>
        <w:t xml:space="preserve"> </w:t>
      </w:r>
      <w:proofErr w:type="spellStart"/>
      <w:r>
        <w:t>durch</w:t>
      </w:r>
      <w:proofErr w:type="spellEnd"/>
      <w:r>
        <w:t xml:space="preserve"> </w:t>
      </w:r>
      <w:proofErr w:type="spellStart"/>
      <w:r>
        <w:t>sehr</w:t>
      </w:r>
      <w:proofErr w:type="spellEnd"/>
      <w:r>
        <w:t xml:space="preserve"> starken </w:t>
      </w:r>
      <w:proofErr w:type="spellStart"/>
      <w:r>
        <w:t>Wassereintrag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unteren</w:t>
      </w:r>
      <w:proofErr w:type="spellEnd"/>
      <w:r>
        <w:t xml:space="preserve"> </w:t>
      </w:r>
      <w:proofErr w:type="spellStart"/>
      <w:r>
        <w:t>Bereich</w:t>
      </w:r>
      <w:proofErr w:type="spellEnd"/>
      <w:r>
        <w:t xml:space="preserve"> </w:t>
      </w:r>
      <w:proofErr w:type="spellStart"/>
      <w:r>
        <w:t>dieser</w:t>
      </w:r>
      <w:proofErr w:type="spellEnd"/>
      <w:r>
        <w:t xml:space="preserve"> Flanke, hat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sehr</w:t>
      </w:r>
      <w:proofErr w:type="spellEnd"/>
      <w:r>
        <w:t xml:space="preserve"> </w:t>
      </w:r>
      <w:proofErr w:type="spellStart"/>
      <w:r>
        <w:t>großer</w:t>
      </w:r>
      <w:proofErr w:type="spellEnd"/>
      <w:r>
        <w:t xml:space="preserve"> Teil in </w:t>
      </w:r>
      <w:proofErr w:type="spellStart"/>
      <w:r>
        <w:t>Bewegung</w:t>
      </w:r>
      <w:proofErr w:type="spellEnd"/>
      <w:r>
        <w:t xml:space="preserve"> </w:t>
      </w:r>
      <w:proofErr w:type="spellStart"/>
      <w:r>
        <w:t>gesetzt</w:t>
      </w:r>
      <w:proofErr w:type="spellEnd"/>
      <w:r>
        <w:t xml:space="preserve">, der </w:t>
      </w:r>
      <w:proofErr w:type="spellStart"/>
      <w:r>
        <w:t>ähnlich</w:t>
      </w:r>
      <w:proofErr w:type="spellEnd"/>
      <w:r>
        <w:t xml:space="preserve"> </w:t>
      </w:r>
      <w:proofErr w:type="spellStart"/>
      <w:r>
        <w:t>einer</w:t>
      </w:r>
      <w:proofErr w:type="spellEnd"/>
      <w:r>
        <w:t xml:space="preserve">, man </w:t>
      </w:r>
      <w:proofErr w:type="spellStart"/>
      <w:r>
        <w:t>kann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so </w:t>
      </w:r>
      <w:proofErr w:type="spellStart"/>
      <w:r>
        <w:t>als</w:t>
      </w:r>
      <w:proofErr w:type="spellEnd"/>
      <w:r>
        <w:t xml:space="preserve"> </w:t>
      </w:r>
      <w:proofErr w:type="spellStart"/>
      <w:r>
        <w:t>zähflüssige</w:t>
      </w:r>
      <w:proofErr w:type="spellEnd"/>
      <w:r>
        <w:t xml:space="preserve">, </w:t>
      </w:r>
      <w:proofErr w:type="spellStart"/>
      <w:r>
        <w:t>kriechende</w:t>
      </w:r>
      <w:proofErr w:type="spellEnd"/>
      <w:r>
        <w:t xml:space="preserve"> Masse </w:t>
      </w:r>
      <w:proofErr w:type="spellStart"/>
      <w:r>
        <w:t>vorstellen</w:t>
      </w:r>
      <w:proofErr w:type="spellEnd"/>
      <w:r>
        <w:t xml:space="preserve">, </w:t>
      </w:r>
      <w:proofErr w:type="spellStart"/>
      <w:r>
        <w:t>Richtung</w:t>
      </w:r>
      <w:proofErr w:type="spellEnd"/>
      <w:r>
        <w:t xml:space="preserve"> Tal </w:t>
      </w:r>
      <w:proofErr w:type="spellStart"/>
      <w:r>
        <w:t>fließt</w:t>
      </w:r>
      <w:proofErr w:type="spellEnd"/>
      <w:r>
        <w:t xml:space="preserve">, also </w:t>
      </w:r>
      <w:proofErr w:type="spellStart"/>
      <w:r>
        <w:t>Richtung</w:t>
      </w:r>
      <w:proofErr w:type="spellEnd"/>
      <w:r>
        <w:t xml:space="preserve"> Obersulzbach. Und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Bewegung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seit</w:t>
      </w:r>
      <w:proofErr w:type="spellEnd"/>
      <w:r>
        <w:t xml:space="preserve">, </w:t>
      </w:r>
      <w:proofErr w:type="spellStart"/>
      <w:r>
        <w:t>seit</w:t>
      </w:r>
      <w:proofErr w:type="spellEnd"/>
      <w:r>
        <w:t xml:space="preserve"> </w:t>
      </w:r>
      <w:proofErr w:type="spellStart"/>
      <w:r>
        <w:t>zwanzig</w:t>
      </w:r>
      <w:proofErr w:type="spellEnd"/>
      <w:r>
        <w:t xml:space="preserve"> Jahren </w:t>
      </w:r>
      <w:proofErr w:type="spellStart"/>
      <w:r>
        <w:t>im</w:t>
      </w:r>
      <w:proofErr w:type="spellEnd"/>
      <w:r>
        <w:t xml:space="preserve"> Gange. Wir </w:t>
      </w:r>
      <w:proofErr w:type="spellStart"/>
      <w:r>
        <w:t>schauen</w:t>
      </w:r>
      <w:proofErr w:type="spellEnd"/>
      <w:r>
        <w:t xml:space="preserve"> </w:t>
      </w:r>
      <w:proofErr w:type="spellStart"/>
      <w:r>
        <w:t>uns</w:t>
      </w:r>
      <w:proofErr w:type="spellEnd"/>
      <w:r>
        <w:t xml:space="preserve"> das </w:t>
      </w:r>
      <w:proofErr w:type="spellStart"/>
      <w:r>
        <w:t>sehr</w:t>
      </w:r>
      <w:proofErr w:type="spellEnd"/>
      <w:r>
        <w:t xml:space="preserve"> </w:t>
      </w:r>
      <w:proofErr w:type="spellStart"/>
      <w:r>
        <w:t>genau</w:t>
      </w:r>
      <w:proofErr w:type="spellEnd"/>
      <w:r>
        <w:t xml:space="preserve"> an. Wir </w:t>
      </w:r>
      <w:proofErr w:type="spellStart"/>
      <w:r>
        <w:t>identifizieren</w:t>
      </w:r>
      <w:proofErr w:type="spellEnd"/>
      <w:r>
        <w:t xml:space="preserve">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Bewegungsraten</w:t>
      </w:r>
      <w:proofErr w:type="spellEnd"/>
      <w:r>
        <w:t xml:space="preserve"> </w:t>
      </w:r>
      <w:proofErr w:type="spellStart"/>
      <w:r>
        <w:t>über</w:t>
      </w:r>
      <w:proofErr w:type="spellEnd"/>
      <w:r>
        <w:t xml:space="preserve"> </w:t>
      </w:r>
      <w:proofErr w:type="spellStart"/>
      <w:r>
        <w:t>Drohnenbefliegungen</w:t>
      </w:r>
      <w:proofErr w:type="spellEnd"/>
      <w:r>
        <w:t xml:space="preserve"> </w:t>
      </w:r>
      <w:proofErr w:type="spellStart"/>
      <w:r>
        <w:t>zum</w:t>
      </w:r>
      <w:proofErr w:type="spellEnd"/>
      <w:r>
        <w:t xml:space="preserve"> </w:t>
      </w:r>
      <w:proofErr w:type="spellStart"/>
      <w:r>
        <w:t>Beispiel</w:t>
      </w:r>
      <w:proofErr w:type="spellEnd"/>
      <w:r>
        <w:t xml:space="preserve">. Und da </w:t>
      </w:r>
      <w:proofErr w:type="spellStart"/>
      <w:r>
        <w:t>wurden</w:t>
      </w:r>
      <w:proofErr w:type="spellEnd"/>
      <w:r>
        <w:t xml:space="preserve"> </w:t>
      </w:r>
      <w:proofErr w:type="spellStart"/>
      <w:r>
        <w:t>dort</w:t>
      </w:r>
      <w:proofErr w:type="spellEnd"/>
      <w:r>
        <w:t xml:space="preserve"> </w:t>
      </w:r>
      <w:proofErr w:type="spellStart"/>
      <w:r>
        <w:t>allein</w:t>
      </w:r>
      <w:proofErr w:type="spellEnd"/>
      <w:r>
        <w:t xml:space="preserve"> in den </w:t>
      </w:r>
      <w:proofErr w:type="spellStart"/>
      <w:r>
        <w:t>letzten</w:t>
      </w:r>
      <w:proofErr w:type="spellEnd"/>
      <w:r>
        <w:t xml:space="preserve"> </w:t>
      </w:r>
      <w:proofErr w:type="spellStart"/>
      <w:r>
        <w:t>zehn</w:t>
      </w:r>
      <w:proofErr w:type="spellEnd"/>
      <w:r>
        <w:t xml:space="preserve"> Jahren </w:t>
      </w:r>
      <w:proofErr w:type="spellStart"/>
      <w:r>
        <w:t>schon</w:t>
      </w:r>
      <w:proofErr w:type="spellEnd"/>
      <w:r>
        <w:t xml:space="preserve"> </w:t>
      </w:r>
      <w:proofErr w:type="spellStart"/>
      <w:r>
        <w:t>rund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Million </w:t>
      </w:r>
      <w:proofErr w:type="spellStart"/>
      <w:r>
        <w:t>Kubikmeter</w:t>
      </w:r>
      <w:proofErr w:type="spellEnd"/>
      <w:r>
        <w:t xml:space="preserve"> </w:t>
      </w:r>
      <w:proofErr w:type="spellStart"/>
      <w:r>
        <w:t>ausgetragen</w:t>
      </w:r>
      <w:proofErr w:type="spellEnd"/>
      <w:r>
        <w:t xml:space="preserve">. Also das </w:t>
      </w:r>
      <w:proofErr w:type="spellStart"/>
      <w:r>
        <w:t>ist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sehr</w:t>
      </w:r>
      <w:proofErr w:type="spellEnd"/>
      <w:r>
        <w:t xml:space="preserve">, </w:t>
      </w:r>
      <w:proofErr w:type="spellStart"/>
      <w:r>
        <w:t>sehr</w:t>
      </w:r>
      <w:proofErr w:type="spellEnd"/>
      <w:r>
        <w:t xml:space="preserve"> </w:t>
      </w:r>
      <w:proofErr w:type="spellStart"/>
      <w:r>
        <w:t>große</w:t>
      </w:r>
      <w:proofErr w:type="spellEnd"/>
      <w:r>
        <w:t xml:space="preserve"> </w:t>
      </w:r>
      <w:proofErr w:type="spellStart"/>
      <w:r>
        <w:t>Gesteins</w:t>
      </w:r>
      <w:proofErr w:type="spellEnd"/>
      <w:r>
        <w:t xml:space="preserve">- und </w:t>
      </w:r>
      <w:proofErr w:type="spellStart"/>
      <w:r>
        <w:t>Materialmenge</w:t>
      </w:r>
      <w:proofErr w:type="spellEnd"/>
      <w:r>
        <w:t xml:space="preserve">, die </w:t>
      </w:r>
      <w:proofErr w:type="spellStart"/>
      <w:r>
        <w:t>dort</w:t>
      </w:r>
      <w:proofErr w:type="spellEnd"/>
      <w:r>
        <w:t xml:space="preserve"> am </w:t>
      </w:r>
      <w:proofErr w:type="spellStart"/>
      <w:r>
        <w:t>Talboden</w:t>
      </w:r>
      <w:proofErr w:type="spellEnd"/>
      <w:r>
        <w:t xml:space="preserve"> </w:t>
      </w:r>
      <w:proofErr w:type="spellStart"/>
      <w:r>
        <w:t>abgelagert</w:t>
      </w:r>
      <w:proofErr w:type="spellEnd"/>
      <w:r>
        <w:t xml:space="preserve"> </w:t>
      </w:r>
      <w:proofErr w:type="spellStart"/>
      <w:r>
        <w:t>wurde</w:t>
      </w:r>
      <w:proofErr w:type="spellEnd"/>
      <w:r>
        <w:t xml:space="preserve">, </w:t>
      </w:r>
      <w:proofErr w:type="spellStart"/>
      <w:r>
        <w:t>beziehungsweise</w:t>
      </w:r>
      <w:proofErr w:type="spellEnd"/>
      <w:r>
        <w:t xml:space="preserve"> </w:t>
      </w:r>
      <w:proofErr w:type="spellStart"/>
      <w:r>
        <w:t>dann</w:t>
      </w:r>
      <w:proofErr w:type="spellEnd"/>
      <w:r>
        <w:t xml:space="preserve"> </w:t>
      </w:r>
      <w:proofErr w:type="spellStart"/>
      <w:r>
        <w:t>zum</w:t>
      </w:r>
      <w:proofErr w:type="spellEnd"/>
      <w:r>
        <w:t xml:space="preserve"> Teil </w:t>
      </w:r>
      <w:proofErr w:type="spellStart"/>
      <w:r>
        <w:t>vom</w:t>
      </w:r>
      <w:proofErr w:type="spellEnd"/>
      <w:r>
        <w:t xml:space="preserve"> </w:t>
      </w:r>
      <w:proofErr w:type="spellStart"/>
      <w:r>
        <w:t>Obersulzbach</w:t>
      </w:r>
      <w:proofErr w:type="spellEnd"/>
      <w:r>
        <w:t xml:space="preserve"> </w:t>
      </w:r>
      <w:proofErr w:type="spellStart"/>
      <w:r>
        <w:t>mitgenommen</w:t>
      </w:r>
      <w:proofErr w:type="spellEnd"/>
      <w:r>
        <w:t xml:space="preserve"> und </w:t>
      </w:r>
      <w:proofErr w:type="spellStart"/>
      <w:r>
        <w:t>aus</w:t>
      </w:r>
      <w:proofErr w:type="spellEnd"/>
      <w:r>
        <w:t xml:space="preserve"> dem Tal </w:t>
      </w:r>
      <w:proofErr w:type="spellStart"/>
      <w:r>
        <w:t>ausgetragen</w:t>
      </w:r>
      <w:proofErr w:type="spellEnd"/>
      <w:r>
        <w:t xml:space="preserve"> </w:t>
      </w:r>
      <w:proofErr w:type="spellStart"/>
      <w:r>
        <w:t>wurde</w:t>
      </w:r>
      <w:proofErr w:type="spellEnd"/>
      <w:r>
        <w:t xml:space="preserve">. </w:t>
      </w:r>
    </w:p>
    <w:p w14:paraId="7C323E60" w14:textId="77777777" w:rsidR="005526BC" w:rsidRDefault="005526BC"/>
    <w:p w14:paraId="2E8FD73F" w14:textId="77777777" w:rsidR="005526BC" w:rsidRDefault="000122CF">
      <w:r>
        <w:rPr>
          <w:b/>
        </w:rPr>
        <w:lastRenderedPageBreak/>
        <w:t>00:03:54,000 --&gt; 00:04:05,799 [Christine Brugger (Moderatorin)]</w:t>
      </w:r>
    </w:p>
    <w:p w14:paraId="5F4154CA" w14:textId="7EFC3220" w:rsidR="005526BC" w:rsidRDefault="000122CF">
      <w:proofErr w:type="spellStart"/>
      <w:r>
        <w:t>Anschauen</w:t>
      </w:r>
      <w:proofErr w:type="spellEnd"/>
      <w:r>
        <w:t xml:space="preserve"> </w:t>
      </w:r>
      <w:proofErr w:type="spellStart"/>
      <w:r>
        <w:t>kann</w:t>
      </w:r>
      <w:proofErr w:type="spellEnd"/>
      <w:r>
        <w:t xml:space="preserve"> man das </w:t>
      </w:r>
      <w:proofErr w:type="spellStart"/>
      <w:r>
        <w:t>tatsächlich</w:t>
      </w:r>
      <w:proofErr w:type="spellEnd"/>
      <w:r>
        <w:t xml:space="preserve"> auf </w:t>
      </w:r>
      <w:proofErr w:type="spellStart"/>
      <w:r>
        <w:t>einem</w:t>
      </w:r>
      <w:proofErr w:type="spellEnd"/>
      <w:r>
        <w:t xml:space="preserve"> Weg, der von der </w:t>
      </w:r>
      <w:proofErr w:type="spellStart"/>
      <w:r>
        <w:t>Postalm</w:t>
      </w:r>
      <w:proofErr w:type="spellEnd"/>
      <w:r>
        <w:t xml:space="preserve"> </w:t>
      </w:r>
      <w:proofErr w:type="spellStart"/>
      <w:r>
        <w:t>durchs</w:t>
      </w:r>
      <w:proofErr w:type="spellEnd"/>
      <w:r>
        <w:t xml:space="preserve"> </w:t>
      </w:r>
      <w:proofErr w:type="spellStart"/>
      <w:r>
        <w:t>Obersulzbachtal</w:t>
      </w:r>
      <w:proofErr w:type="spellEnd"/>
      <w:r>
        <w:t xml:space="preserve"> </w:t>
      </w:r>
      <w:proofErr w:type="spellStart"/>
      <w:r>
        <w:t>zum</w:t>
      </w:r>
      <w:proofErr w:type="spellEnd"/>
      <w:r>
        <w:t xml:space="preserve"> </w:t>
      </w:r>
      <w:proofErr w:type="spellStart"/>
      <w:r>
        <w:t>Talschluss</w:t>
      </w:r>
      <w:proofErr w:type="spellEnd"/>
      <w:r>
        <w:t xml:space="preserve"> </w:t>
      </w:r>
      <w:proofErr w:type="spellStart"/>
      <w:r>
        <w:t>führt</w:t>
      </w:r>
      <w:proofErr w:type="spellEnd"/>
      <w:r>
        <w:t xml:space="preserve">. Dieser Weg </w:t>
      </w:r>
      <w:proofErr w:type="spellStart"/>
      <w:r>
        <w:t>ist</w:t>
      </w:r>
      <w:proofErr w:type="spellEnd"/>
      <w:r>
        <w:t xml:space="preserve"> </w:t>
      </w:r>
      <w:proofErr w:type="spellStart"/>
      <w:r>
        <w:t>relativ</w:t>
      </w:r>
      <w:proofErr w:type="spellEnd"/>
      <w:r>
        <w:t xml:space="preserve"> </w:t>
      </w:r>
      <w:proofErr w:type="spellStart"/>
      <w:r w:rsidR="00F77923">
        <w:t>sicher</w:t>
      </w:r>
      <w:proofErr w:type="spellEnd"/>
      <w:r w:rsidR="00F77923">
        <w:t>?</w:t>
      </w:r>
    </w:p>
    <w:p w14:paraId="685EBF78" w14:textId="77777777" w:rsidR="005526BC" w:rsidRDefault="005526BC"/>
    <w:p w14:paraId="15E442A0" w14:textId="77777777" w:rsidR="005526BC" w:rsidRDefault="000122CF">
      <w:r>
        <w:rPr>
          <w:b/>
        </w:rPr>
        <w:t xml:space="preserve">00:04:05,800 --&gt; 00:04:49,659 [Ingo </w:t>
      </w:r>
      <w:proofErr w:type="spellStart"/>
      <w:r>
        <w:rPr>
          <w:b/>
        </w:rPr>
        <w:t>Hartmeier</w:t>
      </w:r>
      <w:proofErr w:type="spellEnd"/>
      <w:r>
        <w:rPr>
          <w:b/>
        </w:rPr>
        <w:t xml:space="preserve"> (Gast) ]</w:t>
      </w:r>
    </w:p>
    <w:p w14:paraId="70DCBA68" w14:textId="0060159D" w:rsidR="005526BC" w:rsidRDefault="000122CF">
      <w:r>
        <w:t xml:space="preserve">Dieser Weg </w:t>
      </w:r>
      <w:proofErr w:type="spellStart"/>
      <w:r>
        <w:t>ist</w:t>
      </w:r>
      <w:proofErr w:type="spellEnd"/>
      <w:r>
        <w:t xml:space="preserve"> </w:t>
      </w:r>
      <w:proofErr w:type="spellStart"/>
      <w:r>
        <w:t>sicher</w:t>
      </w:r>
      <w:proofErr w:type="spellEnd"/>
      <w:r>
        <w:t xml:space="preserve">. </w:t>
      </w:r>
      <w:proofErr w:type="spellStart"/>
      <w:r>
        <w:t>Äh</w:t>
      </w:r>
      <w:proofErr w:type="spellEnd"/>
      <w:r>
        <w:t xml:space="preserve">, der </w:t>
      </w:r>
      <w:proofErr w:type="spellStart"/>
      <w:r>
        <w:t>wird</w:t>
      </w:r>
      <w:proofErr w:type="spellEnd"/>
      <w:r>
        <w:t xml:space="preserve"> auf der </w:t>
      </w:r>
      <w:proofErr w:type="spellStart"/>
      <w:r>
        <w:t>anderen</w:t>
      </w:r>
      <w:proofErr w:type="spellEnd"/>
      <w:r>
        <w:t xml:space="preserve"> </w:t>
      </w:r>
      <w:proofErr w:type="spellStart"/>
      <w:r>
        <w:t>Talseite</w:t>
      </w:r>
      <w:proofErr w:type="spellEnd"/>
      <w:r>
        <w:t xml:space="preserve"> </w:t>
      </w:r>
      <w:proofErr w:type="spellStart"/>
      <w:r>
        <w:t>geführt</w:t>
      </w:r>
      <w:proofErr w:type="spellEnd"/>
      <w:r>
        <w:t xml:space="preserve">. Das </w:t>
      </w:r>
      <w:proofErr w:type="spellStart"/>
      <w:r>
        <w:t>ist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Prinzip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Forststraße</w:t>
      </w:r>
      <w:proofErr w:type="spellEnd"/>
      <w:r>
        <w:t xml:space="preserve">, die </w:t>
      </w:r>
      <w:proofErr w:type="spellStart"/>
      <w:r>
        <w:t>spektakuläre</w:t>
      </w:r>
      <w:proofErr w:type="spellEnd"/>
      <w:r>
        <w:t xml:space="preserve"> </w:t>
      </w:r>
      <w:proofErr w:type="spellStart"/>
      <w:r>
        <w:t>Einblicke</w:t>
      </w:r>
      <w:proofErr w:type="spellEnd"/>
      <w:r>
        <w:t xml:space="preserve"> </w:t>
      </w:r>
      <w:proofErr w:type="spellStart"/>
      <w:r>
        <w:t>eigentlich</w:t>
      </w:r>
      <w:proofErr w:type="spellEnd"/>
      <w:r>
        <w:t xml:space="preserve"> auf dieses </w:t>
      </w:r>
      <w:proofErr w:type="spellStart"/>
      <w:r>
        <w:t>Naturereignis</w:t>
      </w:r>
      <w:proofErr w:type="spellEnd"/>
      <w:r>
        <w:t xml:space="preserve"> </w:t>
      </w:r>
      <w:proofErr w:type="spellStart"/>
      <w:r>
        <w:t>bietet</w:t>
      </w:r>
      <w:proofErr w:type="spellEnd"/>
      <w:r>
        <w:t xml:space="preserve">, </w:t>
      </w:r>
      <w:proofErr w:type="spellStart"/>
      <w:r>
        <w:t>weil</w:t>
      </w:r>
      <w:proofErr w:type="spellEnd"/>
      <w:r>
        <w:t xml:space="preserve"> man grad in der, in der </w:t>
      </w:r>
      <w:proofErr w:type="spellStart"/>
      <w:r>
        <w:t>Sommersaison</w:t>
      </w:r>
      <w:proofErr w:type="spellEnd"/>
      <w:r>
        <w:t xml:space="preserve">, </w:t>
      </w:r>
      <w:proofErr w:type="spellStart"/>
      <w:r>
        <w:t>wenn</w:t>
      </w:r>
      <w:proofErr w:type="spellEnd"/>
      <w:r>
        <w:t xml:space="preserve"> </w:t>
      </w:r>
      <w:proofErr w:type="spellStart"/>
      <w:r>
        <w:t>dort</w:t>
      </w:r>
      <w:proofErr w:type="spellEnd"/>
      <w:r>
        <w:t xml:space="preserve"> die </w:t>
      </w:r>
      <w:proofErr w:type="spellStart"/>
      <w:r>
        <w:t>meisten</w:t>
      </w:r>
      <w:proofErr w:type="spellEnd"/>
      <w:r>
        <w:t xml:space="preserve"> </w:t>
      </w:r>
      <w:proofErr w:type="spellStart"/>
      <w:r>
        <w:t>Wanderinnen</w:t>
      </w:r>
      <w:proofErr w:type="spellEnd"/>
      <w:r>
        <w:t xml:space="preserve"> und Wanderer </w:t>
      </w:r>
      <w:proofErr w:type="spellStart"/>
      <w:r>
        <w:t>unterwegs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, </w:t>
      </w:r>
      <w:proofErr w:type="spellStart"/>
      <w:r>
        <w:t>ist</w:t>
      </w:r>
      <w:proofErr w:type="spellEnd"/>
      <w:r>
        <w:t xml:space="preserve"> </w:t>
      </w:r>
      <w:proofErr w:type="spellStart"/>
      <w:r>
        <w:t>dort</w:t>
      </w:r>
      <w:proofErr w:type="spellEnd"/>
      <w:r>
        <w:t xml:space="preserve"> </w:t>
      </w:r>
      <w:proofErr w:type="spellStart"/>
      <w:r>
        <w:t>ständig</w:t>
      </w:r>
      <w:proofErr w:type="spellEnd"/>
      <w:r>
        <w:t xml:space="preserve"> Aktivität </w:t>
      </w:r>
      <w:proofErr w:type="spellStart"/>
      <w:r>
        <w:t>zu</w:t>
      </w:r>
      <w:proofErr w:type="spellEnd"/>
      <w:r>
        <w:t xml:space="preserve"> </w:t>
      </w:r>
      <w:proofErr w:type="spellStart"/>
      <w:r>
        <w:t>beobachten</w:t>
      </w:r>
      <w:proofErr w:type="spellEnd"/>
      <w:r>
        <w:t xml:space="preserve"> und </w:t>
      </w:r>
      <w:proofErr w:type="spellStart"/>
      <w:r>
        <w:t>vor</w:t>
      </w:r>
      <w:proofErr w:type="spellEnd"/>
      <w:r>
        <w:t xml:space="preserve"> </w:t>
      </w:r>
      <w:proofErr w:type="spellStart"/>
      <w:r>
        <w:t>allem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hören</w:t>
      </w:r>
      <w:proofErr w:type="spellEnd"/>
      <w:r>
        <w:t xml:space="preserve">. Also man </w:t>
      </w:r>
      <w:proofErr w:type="spellStart"/>
      <w:r>
        <w:t>hört</w:t>
      </w:r>
      <w:proofErr w:type="spellEnd"/>
      <w:r>
        <w:t xml:space="preserve"> </w:t>
      </w:r>
      <w:proofErr w:type="spellStart"/>
      <w:r>
        <w:t>dort</w:t>
      </w:r>
      <w:proofErr w:type="spellEnd"/>
      <w:r>
        <w:t xml:space="preserve"> </w:t>
      </w:r>
      <w:proofErr w:type="spellStart"/>
      <w:r>
        <w:t>ständig</w:t>
      </w:r>
      <w:proofErr w:type="spellEnd"/>
      <w:r>
        <w:t xml:space="preserve"> dieses </w:t>
      </w:r>
      <w:proofErr w:type="spellStart"/>
      <w:r>
        <w:t>Poltern</w:t>
      </w:r>
      <w:proofErr w:type="spellEnd"/>
      <w:r>
        <w:t xml:space="preserve">, </w:t>
      </w:r>
      <w:proofErr w:type="spellStart"/>
      <w:r>
        <w:t>äh</w:t>
      </w:r>
      <w:proofErr w:type="spellEnd"/>
      <w:r>
        <w:t xml:space="preserve">, des </w:t>
      </w:r>
      <w:proofErr w:type="spellStart"/>
      <w:r>
        <w:t>Gesteins</w:t>
      </w:r>
      <w:proofErr w:type="spellEnd"/>
      <w:r>
        <w:t xml:space="preserve">, das </w:t>
      </w:r>
      <w:proofErr w:type="spellStart"/>
      <w:r>
        <w:t>über</w:t>
      </w:r>
      <w:proofErr w:type="spellEnd"/>
      <w:r>
        <w:t xml:space="preserve">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Trogschulter</w:t>
      </w:r>
      <w:proofErr w:type="spellEnd"/>
      <w:r>
        <w:t xml:space="preserve"> </w:t>
      </w:r>
      <w:proofErr w:type="spellStart"/>
      <w:r>
        <w:t>hinunterstürzt</w:t>
      </w:r>
      <w:proofErr w:type="spellEnd"/>
      <w:r>
        <w:t xml:space="preserve">. Das </w:t>
      </w:r>
      <w:proofErr w:type="spellStart"/>
      <w:r>
        <w:t>ist</w:t>
      </w:r>
      <w:proofErr w:type="spellEnd"/>
      <w:r>
        <w:t xml:space="preserve"> </w:t>
      </w:r>
      <w:proofErr w:type="spellStart"/>
      <w:r>
        <w:t>sozusagen</w:t>
      </w:r>
      <w:proofErr w:type="spellEnd"/>
      <w:r>
        <w:t xml:space="preserve"> Geomorphologie live, </w:t>
      </w:r>
      <w:proofErr w:type="spellStart"/>
      <w:r>
        <w:t>weil</w:t>
      </w:r>
      <w:proofErr w:type="spellEnd"/>
      <w:r>
        <w:t xml:space="preserve"> man das </w:t>
      </w:r>
      <w:proofErr w:type="spellStart"/>
      <w:r>
        <w:t>einfach</w:t>
      </w:r>
      <w:proofErr w:type="spellEnd"/>
      <w:r>
        <w:t xml:space="preserve"> </w:t>
      </w:r>
      <w:proofErr w:type="spellStart"/>
      <w:r>
        <w:t>mithören</w:t>
      </w:r>
      <w:proofErr w:type="spellEnd"/>
      <w:r>
        <w:t xml:space="preserve"> und, und </w:t>
      </w:r>
      <w:proofErr w:type="spellStart"/>
      <w:r>
        <w:t>mitsehen</w:t>
      </w:r>
      <w:proofErr w:type="spellEnd"/>
      <w:r>
        <w:t xml:space="preserve"> </w:t>
      </w:r>
      <w:proofErr w:type="spellStart"/>
      <w:r>
        <w:t>kann</w:t>
      </w:r>
      <w:proofErr w:type="spellEnd"/>
      <w:r>
        <w:t xml:space="preserve">. Und dieses </w:t>
      </w:r>
      <w:proofErr w:type="spellStart"/>
      <w:r>
        <w:t>Gestein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unmittelbar</w:t>
      </w:r>
      <w:proofErr w:type="spellEnd"/>
      <w:r>
        <w:t xml:space="preserve"> </w:t>
      </w:r>
      <w:proofErr w:type="spellStart"/>
      <w:r>
        <w:t>unterhalb</w:t>
      </w:r>
      <w:proofErr w:type="spellEnd"/>
      <w:r>
        <w:t xml:space="preserve"> dieses </w:t>
      </w:r>
      <w:proofErr w:type="spellStart"/>
      <w:r>
        <w:t>steilen</w:t>
      </w:r>
      <w:proofErr w:type="spellEnd"/>
      <w:r>
        <w:t xml:space="preserve"> </w:t>
      </w:r>
      <w:proofErr w:type="spellStart"/>
      <w:r>
        <w:t>Felsbereiches</w:t>
      </w:r>
      <w:proofErr w:type="spellEnd"/>
      <w:r>
        <w:t xml:space="preserve"> auf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großen</w:t>
      </w:r>
      <w:proofErr w:type="spellEnd"/>
      <w:r>
        <w:t xml:space="preserve"> </w:t>
      </w:r>
      <w:proofErr w:type="spellStart"/>
      <w:r>
        <w:t>Schuttkegel</w:t>
      </w:r>
      <w:proofErr w:type="spellEnd"/>
      <w:r>
        <w:t xml:space="preserve"> </w:t>
      </w:r>
      <w:proofErr w:type="spellStart"/>
      <w:r>
        <w:t>abgelagert</w:t>
      </w:r>
      <w:proofErr w:type="spellEnd"/>
      <w:r>
        <w:t xml:space="preserve">. Das </w:t>
      </w:r>
      <w:proofErr w:type="spellStart"/>
      <w:r>
        <w:t>heißt</w:t>
      </w:r>
      <w:proofErr w:type="spellEnd"/>
      <w:r>
        <w:t xml:space="preserve">,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gegenüberliegende</w:t>
      </w:r>
      <w:proofErr w:type="spellEnd"/>
      <w:r>
        <w:t xml:space="preserve"> </w:t>
      </w:r>
      <w:proofErr w:type="spellStart"/>
      <w:r>
        <w:t>Talseite</w:t>
      </w:r>
      <w:proofErr w:type="spellEnd"/>
      <w:r>
        <w:t xml:space="preserve"> und der </w:t>
      </w:r>
      <w:proofErr w:type="spellStart"/>
      <w:r>
        <w:t>Bereich</w:t>
      </w:r>
      <w:proofErr w:type="spellEnd"/>
      <w:r>
        <w:t xml:space="preserve">, wo man </w:t>
      </w:r>
      <w:proofErr w:type="spellStart"/>
      <w:r>
        <w:t>zu</w:t>
      </w:r>
      <w:proofErr w:type="spellEnd"/>
      <w:r>
        <w:t xml:space="preserve"> </w:t>
      </w:r>
      <w:proofErr w:type="spellStart"/>
      <w:r>
        <w:t>Fuß</w:t>
      </w:r>
      <w:proofErr w:type="spellEnd"/>
      <w:r>
        <w:t xml:space="preserve"> </w:t>
      </w:r>
      <w:proofErr w:type="spellStart"/>
      <w:r>
        <w:t>unterwegs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, </w:t>
      </w:r>
      <w:proofErr w:type="spellStart"/>
      <w:r>
        <w:t>ist</w:t>
      </w:r>
      <w:proofErr w:type="spellEnd"/>
      <w:r>
        <w:t xml:space="preserve"> </w:t>
      </w:r>
      <w:proofErr w:type="spellStart"/>
      <w:r>
        <w:t>sicher</w:t>
      </w:r>
      <w:proofErr w:type="spellEnd"/>
      <w:r>
        <w:t xml:space="preserve">. Also von dem her </w:t>
      </w:r>
      <w:proofErr w:type="spellStart"/>
      <w:r>
        <w:t>ist</w:t>
      </w:r>
      <w:proofErr w:type="spellEnd"/>
      <w:r>
        <w:t xml:space="preserve"> das </w:t>
      </w:r>
      <w:proofErr w:type="spellStart"/>
      <w:r>
        <w:t>dort</w:t>
      </w:r>
      <w:proofErr w:type="spellEnd"/>
      <w:r>
        <w:t xml:space="preserve"> </w:t>
      </w:r>
      <w:proofErr w:type="spellStart"/>
      <w:r>
        <w:t>kein</w:t>
      </w:r>
      <w:proofErr w:type="spellEnd"/>
      <w:r>
        <w:t xml:space="preserve"> Risiko für die </w:t>
      </w:r>
      <w:proofErr w:type="spellStart"/>
      <w:r>
        <w:t>Besucher</w:t>
      </w:r>
      <w:proofErr w:type="spellEnd"/>
      <w:r>
        <w:t xml:space="preserve">. </w:t>
      </w:r>
    </w:p>
    <w:p w14:paraId="5EE81028" w14:textId="77777777" w:rsidR="005526BC" w:rsidRDefault="005526BC"/>
    <w:p w14:paraId="07C0A96C" w14:textId="77777777" w:rsidR="005526BC" w:rsidRDefault="000122CF">
      <w:r>
        <w:rPr>
          <w:b/>
        </w:rPr>
        <w:t>00:04:49,660 --&gt; 00:05:06,220 [Christine Brugger (Moderatorin)]</w:t>
      </w:r>
    </w:p>
    <w:p w14:paraId="05305460" w14:textId="77777777" w:rsidR="005526BC" w:rsidRDefault="000122CF">
      <w:proofErr w:type="spellStart"/>
      <w:r>
        <w:t>Solche</w:t>
      </w:r>
      <w:proofErr w:type="spellEnd"/>
      <w:r>
        <w:t xml:space="preserve"> </w:t>
      </w:r>
      <w:proofErr w:type="spellStart"/>
      <w:r>
        <w:t>Ereignisse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Kleinen </w:t>
      </w:r>
      <w:proofErr w:type="spellStart"/>
      <w:r>
        <w:t>kann</w:t>
      </w:r>
      <w:proofErr w:type="spellEnd"/>
      <w:r>
        <w:t xml:space="preserve"> man </w:t>
      </w:r>
      <w:proofErr w:type="spellStart"/>
      <w:r>
        <w:t>jeden</w:t>
      </w:r>
      <w:proofErr w:type="spellEnd"/>
      <w:r>
        <w:t xml:space="preserve"> Sommer </w:t>
      </w:r>
      <w:proofErr w:type="spellStart"/>
      <w:r>
        <w:t>im</w:t>
      </w:r>
      <w:proofErr w:type="spellEnd"/>
      <w:r>
        <w:t xml:space="preserve"> </w:t>
      </w:r>
      <w:proofErr w:type="spellStart"/>
      <w:r>
        <w:t>Hochgebirge</w:t>
      </w:r>
      <w:proofErr w:type="spellEnd"/>
      <w:r>
        <w:t xml:space="preserve"> </w:t>
      </w:r>
      <w:proofErr w:type="spellStart"/>
      <w:r>
        <w:t>beobachten</w:t>
      </w:r>
      <w:proofErr w:type="spellEnd"/>
      <w:r>
        <w:t xml:space="preserve">, </w:t>
      </w:r>
      <w:proofErr w:type="spellStart"/>
      <w:r>
        <w:t>wenn</w:t>
      </w:r>
      <w:proofErr w:type="spellEnd"/>
      <w:r>
        <w:t xml:space="preserve"> Wege </w:t>
      </w:r>
      <w:proofErr w:type="spellStart"/>
      <w:r>
        <w:t>vermurt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, </w:t>
      </w:r>
      <w:proofErr w:type="spellStart"/>
      <w:r>
        <w:t>wenn</w:t>
      </w:r>
      <w:proofErr w:type="spellEnd"/>
      <w:r>
        <w:t xml:space="preserve"> Wege </w:t>
      </w:r>
      <w:proofErr w:type="spellStart"/>
      <w:r>
        <w:t>wegrutschen</w:t>
      </w:r>
      <w:proofErr w:type="spellEnd"/>
      <w:r>
        <w:t xml:space="preserve">, </w:t>
      </w:r>
      <w:proofErr w:type="spellStart"/>
      <w:r>
        <w:t>wenn</w:t>
      </w:r>
      <w:proofErr w:type="spellEnd"/>
      <w:r>
        <w:t xml:space="preserve"> </w:t>
      </w:r>
      <w:proofErr w:type="spellStart"/>
      <w:r>
        <w:t>Hütten</w:t>
      </w:r>
      <w:proofErr w:type="spellEnd"/>
      <w:r>
        <w:t xml:space="preserve"> </w:t>
      </w:r>
      <w:proofErr w:type="spellStart"/>
      <w:r>
        <w:t>durch</w:t>
      </w:r>
      <w:proofErr w:type="spellEnd"/>
      <w:r>
        <w:t xml:space="preserve"> </w:t>
      </w:r>
      <w:proofErr w:type="spellStart"/>
      <w:r>
        <w:t>Abrutschungen</w:t>
      </w:r>
      <w:proofErr w:type="spellEnd"/>
      <w:r>
        <w:t xml:space="preserve"> </w:t>
      </w:r>
      <w:proofErr w:type="spellStart"/>
      <w:r>
        <w:t>bedroht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. Wo </w:t>
      </w:r>
      <w:proofErr w:type="spellStart"/>
      <w:r>
        <w:t>liegt</w:t>
      </w:r>
      <w:proofErr w:type="spellEnd"/>
      <w:r>
        <w:t xml:space="preserve"> die Ursache </w:t>
      </w:r>
      <w:proofErr w:type="spellStart"/>
      <w:r>
        <w:t>dieser</w:t>
      </w:r>
      <w:proofErr w:type="spellEnd"/>
      <w:r>
        <w:t xml:space="preserve"> </w:t>
      </w:r>
      <w:proofErr w:type="spellStart"/>
      <w:r>
        <w:t>Ereignisse</w:t>
      </w:r>
      <w:proofErr w:type="spellEnd"/>
      <w:r>
        <w:t xml:space="preserve">? </w:t>
      </w:r>
    </w:p>
    <w:p w14:paraId="2A21ACEF" w14:textId="77777777" w:rsidR="005526BC" w:rsidRDefault="005526BC"/>
    <w:p w14:paraId="68F4204B" w14:textId="77777777" w:rsidR="005526BC" w:rsidRDefault="000122CF">
      <w:r>
        <w:rPr>
          <w:b/>
        </w:rPr>
        <w:t xml:space="preserve">00:05:06,220 --&gt; 00:06:40,656 [Ingo </w:t>
      </w:r>
      <w:proofErr w:type="spellStart"/>
      <w:r>
        <w:rPr>
          <w:b/>
        </w:rPr>
        <w:t>Hartmeier</w:t>
      </w:r>
      <w:proofErr w:type="spellEnd"/>
      <w:r>
        <w:rPr>
          <w:b/>
        </w:rPr>
        <w:t xml:space="preserve"> (Gast) ]</w:t>
      </w:r>
    </w:p>
    <w:p w14:paraId="7887C46B" w14:textId="77777777" w:rsidR="005526BC" w:rsidRDefault="000122CF">
      <w:r>
        <w:t xml:space="preserve">Na ja, das </w:t>
      </w:r>
      <w:proofErr w:type="spellStart"/>
      <w:r>
        <w:t>Komplexe</w:t>
      </w:r>
      <w:proofErr w:type="spellEnd"/>
      <w:r>
        <w:t xml:space="preserve"> an der Sache </w:t>
      </w:r>
      <w:proofErr w:type="spellStart"/>
      <w:r>
        <w:t>ist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es nicht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alles</w:t>
      </w:r>
      <w:proofErr w:type="spellEnd"/>
      <w:r>
        <w:t xml:space="preserve"> </w:t>
      </w:r>
      <w:proofErr w:type="spellStart"/>
      <w:r>
        <w:t>erklärende</w:t>
      </w:r>
      <w:proofErr w:type="spellEnd"/>
      <w:r>
        <w:t xml:space="preserve"> Ursache </w:t>
      </w:r>
      <w:proofErr w:type="spellStart"/>
      <w:r>
        <w:t>gibt</w:t>
      </w:r>
      <w:proofErr w:type="spellEnd"/>
      <w:r>
        <w:t xml:space="preserve">. Also es </w:t>
      </w:r>
      <w:proofErr w:type="spellStart"/>
      <w:r>
        <w:t>gibt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Vielzahl</w:t>
      </w:r>
      <w:proofErr w:type="spellEnd"/>
      <w:r>
        <w:t xml:space="preserve"> an, an </w:t>
      </w:r>
      <w:proofErr w:type="spellStart"/>
      <w:r>
        <w:t>möglichen</w:t>
      </w:r>
      <w:proofErr w:type="spellEnd"/>
      <w:r>
        <w:t xml:space="preserve"> </w:t>
      </w:r>
      <w:proofErr w:type="spellStart"/>
      <w:r>
        <w:t>Problemen</w:t>
      </w:r>
      <w:proofErr w:type="spellEnd"/>
      <w:r>
        <w:t xml:space="preserve">, die, </w:t>
      </w:r>
      <w:proofErr w:type="spellStart"/>
      <w:r>
        <w:t>äh</w:t>
      </w:r>
      <w:proofErr w:type="spellEnd"/>
      <w:r>
        <w:t xml:space="preserve">, </w:t>
      </w:r>
      <w:proofErr w:type="spellStart"/>
      <w:r>
        <w:t>gerade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Hochgebirge</w:t>
      </w:r>
      <w:proofErr w:type="spellEnd"/>
      <w:r>
        <w:t xml:space="preserve">, in der </w:t>
      </w:r>
      <w:proofErr w:type="spellStart"/>
      <w:r>
        <w:t>hochalpinen</w:t>
      </w:r>
      <w:proofErr w:type="spellEnd"/>
      <w:r>
        <w:t xml:space="preserve"> </w:t>
      </w:r>
      <w:proofErr w:type="spellStart"/>
      <w:r>
        <w:t>Kryosphäre</w:t>
      </w:r>
      <w:proofErr w:type="spellEnd"/>
      <w:r>
        <w:t xml:space="preserve">, von der </w:t>
      </w:r>
      <w:proofErr w:type="spellStart"/>
      <w:r>
        <w:t>sprechen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in </w:t>
      </w:r>
      <w:proofErr w:type="spellStart"/>
      <w:r>
        <w:t>diesem</w:t>
      </w:r>
      <w:proofErr w:type="spellEnd"/>
      <w:r>
        <w:t xml:space="preserve"> </w:t>
      </w:r>
      <w:proofErr w:type="spellStart"/>
      <w:r>
        <w:t>Zusammenhang</w:t>
      </w:r>
      <w:proofErr w:type="spellEnd"/>
      <w:r>
        <w:t xml:space="preserve">, oft </w:t>
      </w:r>
      <w:proofErr w:type="spellStart"/>
      <w:r>
        <w:t>auftreten</w:t>
      </w:r>
      <w:proofErr w:type="spellEnd"/>
      <w:r>
        <w:t xml:space="preserve"> </w:t>
      </w:r>
      <w:proofErr w:type="spellStart"/>
      <w:r>
        <w:t>können</w:t>
      </w:r>
      <w:proofErr w:type="spellEnd"/>
      <w:r>
        <w:t xml:space="preserve">. Die </w:t>
      </w:r>
      <w:proofErr w:type="spellStart"/>
      <w:r>
        <w:t>hochalpine</w:t>
      </w:r>
      <w:proofErr w:type="spellEnd"/>
      <w:r>
        <w:t xml:space="preserve"> </w:t>
      </w:r>
      <w:proofErr w:type="spellStart"/>
      <w:r>
        <w:t>Kryosphäre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jener</w:t>
      </w:r>
      <w:proofErr w:type="spellEnd"/>
      <w:r>
        <w:t xml:space="preserve"> </w:t>
      </w:r>
      <w:proofErr w:type="spellStart"/>
      <w:r>
        <w:t>Bereich</w:t>
      </w:r>
      <w:proofErr w:type="spellEnd"/>
      <w:r>
        <w:t xml:space="preserve"> des </w:t>
      </w:r>
      <w:proofErr w:type="spellStart"/>
      <w:r>
        <w:t>Hochgebirges</w:t>
      </w:r>
      <w:proofErr w:type="spellEnd"/>
      <w:r>
        <w:t xml:space="preserve">, der von Eis </w:t>
      </w:r>
      <w:proofErr w:type="spellStart"/>
      <w:r>
        <w:t>beeinflusst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. Da fallen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erstes</w:t>
      </w:r>
      <w:proofErr w:type="spellEnd"/>
      <w:r>
        <w:t xml:space="preserve"> Mal </w:t>
      </w:r>
      <w:proofErr w:type="spellStart"/>
      <w:r>
        <w:t>natürlich</w:t>
      </w:r>
      <w:proofErr w:type="spellEnd"/>
      <w:r>
        <w:t xml:space="preserve"> die </w:t>
      </w:r>
      <w:proofErr w:type="spellStart"/>
      <w:r>
        <w:t>Gletscher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. Die </w:t>
      </w:r>
      <w:proofErr w:type="spellStart"/>
      <w:r>
        <w:t>sind</w:t>
      </w:r>
      <w:proofErr w:type="spellEnd"/>
      <w:r>
        <w:t xml:space="preserve"> ja </w:t>
      </w:r>
      <w:proofErr w:type="spellStart"/>
      <w:r>
        <w:t>ganz</w:t>
      </w:r>
      <w:proofErr w:type="spellEnd"/>
      <w:r>
        <w:t xml:space="preserve">, </w:t>
      </w:r>
      <w:proofErr w:type="spellStart"/>
      <w:r>
        <w:t>äh</w:t>
      </w:r>
      <w:proofErr w:type="spellEnd"/>
      <w:r>
        <w:t xml:space="preserve">, </w:t>
      </w:r>
      <w:proofErr w:type="spellStart"/>
      <w:r>
        <w:t>offensichtlich</w:t>
      </w:r>
      <w:proofErr w:type="spellEnd"/>
      <w:r>
        <w:t xml:space="preserve"> und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ganz</w:t>
      </w:r>
      <w:proofErr w:type="spellEnd"/>
      <w:r>
        <w:t xml:space="preserve"> </w:t>
      </w:r>
      <w:proofErr w:type="spellStart"/>
      <w:r>
        <w:t>prägendes</w:t>
      </w:r>
      <w:proofErr w:type="spellEnd"/>
      <w:r>
        <w:t xml:space="preserve"> </w:t>
      </w:r>
      <w:proofErr w:type="spellStart"/>
      <w:r>
        <w:t>Landschaftselement</w:t>
      </w:r>
      <w:proofErr w:type="spellEnd"/>
      <w:r>
        <w:t xml:space="preserve">. Aber da </w:t>
      </w:r>
      <w:proofErr w:type="spellStart"/>
      <w:r>
        <w:t>gibt's</w:t>
      </w:r>
      <w:proofErr w:type="spellEnd"/>
      <w:r>
        <w:t xml:space="preserve"> </w:t>
      </w:r>
      <w:proofErr w:type="spellStart"/>
      <w:r>
        <w:t>eben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den Permafrost, das </w:t>
      </w:r>
      <w:proofErr w:type="spellStart"/>
      <w:r>
        <w:t>ist</w:t>
      </w:r>
      <w:proofErr w:type="spellEnd"/>
      <w:r>
        <w:t xml:space="preserve"> der permanent </w:t>
      </w:r>
      <w:proofErr w:type="spellStart"/>
      <w:r>
        <w:t>gefrorene</w:t>
      </w:r>
      <w:proofErr w:type="spellEnd"/>
      <w:r>
        <w:t xml:space="preserve"> </w:t>
      </w:r>
      <w:proofErr w:type="spellStart"/>
      <w:r>
        <w:t>Untergrund</w:t>
      </w:r>
      <w:proofErr w:type="spellEnd"/>
      <w:r>
        <w:t xml:space="preserve">. Und </w:t>
      </w:r>
      <w:proofErr w:type="spellStart"/>
      <w:r>
        <w:t>wenn</w:t>
      </w:r>
      <w:proofErr w:type="spellEnd"/>
      <w:r>
        <w:t xml:space="preserve"> es </w:t>
      </w:r>
      <w:proofErr w:type="spellStart"/>
      <w:r>
        <w:t>im</w:t>
      </w:r>
      <w:proofErr w:type="spellEnd"/>
      <w:r>
        <w:t xml:space="preserve"> Permafrost, so </w:t>
      </w:r>
      <w:proofErr w:type="spellStart"/>
      <w:r>
        <w:t>wie</w:t>
      </w:r>
      <w:proofErr w:type="spellEnd"/>
      <w:r>
        <w:t xml:space="preserve"> in </w:t>
      </w:r>
      <w:proofErr w:type="spellStart"/>
      <w:r>
        <w:t>allen</w:t>
      </w:r>
      <w:proofErr w:type="spellEnd"/>
      <w:r>
        <w:t xml:space="preserve"> </w:t>
      </w:r>
      <w:proofErr w:type="spellStart"/>
      <w:r>
        <w:t>anderen</w:t>
      </w:r>
      <w:proofErr w:type="spellEnd"/>
      <w:r>
        <w:t xml:space="preserve">, </w:t>
      </w:r>
      <w:proofErr w:type="spellStart"/>
      <w:r>
        <w:t>ähm</w:t>
      </w:r>
      <w:proofErr w:type="spellEnd"/>
      <w:r>
        <w:t xml:space="preserve">, </w:t>
      </w:r>
      <w:proofErr w:type="spellStart"/>
      <w:r>
        <w:t>Bereichen</w:t>
      </w:r>
      <w:proofErr w:type="spellEnd"/>
      <w:r>
        <w:t xml:space="preserve"> der Alpen, </w:t>
      </w:r>
      <w:proofErr w:type="spellStart"/>
      <w:r>
        <w:t>zu</w:t>
      </w:r>
      <w:proofErr w:type="spellEnd"/>
      <w:r>
        <w:t xml:space="preserve">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Erwärmung</w:t>
      </w:r>
      <w:proofErr w:type="spellEnd"/>
      <w:r>
        <w:t xml:space="preserve"> </w:t>
      </w:r>
      <w:proofErr w:type="spellStart"/>
      <w:r>
        <w:t>kommt</w:t>
      </w:r>
      <w:proofErr w:type="spellEnd"/>
      <w:r>
        <w:t xml:space="preserve">, </w:t>
      </w:r>
      <w:proofErr w:type="spellStart"/>
      <w:r>
        <w:t>dann</w:t>
      </w:r>
      <w:proofErr w:type="spellEnd"/>
      <w:r>
        <w:t xml:space="preserve"> </w:t>
      </w:r>
      <w:proofErr w:type="spellStart"/>
      <w:r>
        <w:t>kann</w:t>
      </w:r>
      <w:proofErr w:type="spellEnd"/>
      <w:r>
        <w:t xml:space="preserve"> das </w:t>
      </w:r>
      <w:proofErr w:type="spellStart"/>
      <w:r>
        <w:t>lokal</w:t>
      </w:r>
      <w:proofErr w:type="spellEnd"/>
      <w:r>
        <w:t xml:space="preserve"> </w:t>
      </w:r>
      <w:proofErr w:type="spellStart"/>
      <w:r>
        <w:t>beziehungsweise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an </w:t>
      </w:r>
      <w:proofErr w:type="spellStart"/>
      <w:r>
        <w:t>größeren</w:t>
      </w:r>
      <w:proofErr w:type="spellEnd"/>
      <w:r>
        <w:t xml:space="preserve"> </w:t>
      </w:r>
      <w:proofErr w:type="spellStart"/>
      <w:r>
        <w:t>Flächen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Rückgang</w:t>
      </w:r>
      <w:proofErr w:type="spellEnd"/>
      <w:r>
        <w:t xml:space="preserve"> der Hang- und der </w:t>
      </w:r>
      <w:proofErr w:type="spellStart"/>
      <w:r>
        <w:t>Feldstabilität</w:t>
      </w:r>
      <w:proofErr w:type="spellEnd"/>
      <w:r>
        <w:t xml:space="preserve"> </w:t>
      </w:r>
      <w:proofErr w:type="spellStart"/>
      <w:r>
        <w:t>führen</w:t>
      </w:r>
      <w:proofErr w:type="spellEnd"/>
      <w:r>
        <w:t xml:space="preserve"> und </w:t>
      </w:r>
      <w:proofErr w:type="spellStart"/>
      <w:r>
        <w:t>infolge</w:t>
      </w:r>
      <w:proofErr w:type="spellEnd"/>
      <w:r>
        <w:t xml:space="preserve"> dieses </w:t>
      </w:r>
      <w:proofErr w:type="spellStart"/>
      <w:r>
        <w:t>Stabilitätsrückganges</w:t>
      </w:r>
      <w:proofErr w:type="spellEnd"/>
      <w:r>
        <w:t xml:space="preserve"> </w:t>
      </w:r>
      <w:proofErr w:type="spellStart"/>
      <w:r>
        <w:t>kann</w:t>
      </w:r>
      <w:proofErr w:type="spellEnd"/>
      <w:r>
        <w:t xml:space="preserve"> es </w:t>
      </w:r>
      <w:proofErr w:type="spellStart"/>
      <w:r>
        <w:t>dann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Problemen</w:t>
      </w:r>
      <w:proofErr w:type="spellEnd"/>
      <w:r>
        <w:t xml:space="preserve"> </w:t>
      </w:r>
      <w:proofErr w:type="spellStart"/>
      <w:r>
        <w:t>kommen</w:t>
      </w:r>
      <w:proofErr w:type="spellEnd"/>
      <w:r>
        <w:t xml:space="preserve">. </w:t>
      </w:r>
      <w:proofErr w:type="spellStart"/>
      <w:r>
        <w:t>Wichtig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das nicht </w:t>
      </w:r>
      <w:proofErr w:type="spellStart"/>
      <w:r>
        <w:t>überall</w:t>
      </w:r>
      <w:proofErr w:type="spellEnd"/>
      <w:r>
        <w:t xml:space="preserve"> der Fall </w:t>
      </w:r>
      <w:proofErr w:type="spellStart"/>
      <w:r>
        <w:t>ist</w:t>
      </w:r>
      <w:proofErr w:type="spellEnd"/>
      <w:r>
        <w:t xml:space="preserve">. Also nicht </w:t>
      </w:r>
      <w:proofErr w:type="spellStart"/>
      <w:r>
        <w:t>überall</w:t>
      </w:r>
      <w:proofErr w:type="spellEnd"/>
      <w:r>
        <w:t xml:space="preserve">, wo der Permafrost </w:t>
      </w:r>
      <w:proofErr w:type="spellStart"/>
      <w:r>
        <w:t>abtaut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erwärmt</w:t>
      </w:r>
      <w:proofErr w:type="spellEnd"/>
      <w:r>
        <w:t xml:space="preserve">, </w:t>
      </w:r>
      <w:proofErr w:type="spellStart"/>
      <w:r>
        <w:t>kommt</w:t>
      </w:r>
      <w:proofErr w:type="spellEnd"/>
      <w:r>
        <w:t xml:space="preserve"> es </w:t>
      </w:r>
      <w:proofErr w:type="spellStart"/>
      <w:r>
        <w:t>zu</w:t>
      </w:r>
      <w:proofErr w:type="spellEnd"/>
      <w:r>
        <w:t xml:space="preserve"> </w:t>
      </w:r>
      <w:proofErr w:type="spellStart"/>
      <w:r>
        <w:t>Problemen</w:t>
      </w:r>
      <w:proofErr w:type="spellEnd"/>
      <w:r>
        <w:t xml:space="preserve">, </w:t>
      </w:r>
      <w:proofErr w:type="spellStart"/>
      <w:r>
        <w:t>aber</w:t>
      </w:r>
      <w:proofErr w:type="spellEnd"/>
      <w:r>
        <w:t xml:space="preserve"> </w:t>
      </w:r>
      <w:proofErr w:type="spellStart"/>
      <w:r>
        <w:t>gerade</w:t>
      </w:r>
      <w:proofErr w:type="spellEnd"/>
      <w:r>
        <w:t xml:space="preserve"> </w:t>
      </w:r>
      <w:proofErr w:type="spellStart"/>
      <w:r>
        <w:t>dort</w:t>
      </w:r>
      <w:proofErr w:type="spellEnd"/>
      <w:r>
        <w:t xml:space="preserve">, wo er </w:t>
      </w:r>
      <w:proofErr w:type="spellStart"/>
      <w:r>
        <w:t>sehr</w:t>
      </w:r>
      <w:proofErr w:type="spellEnd"/>
      <w:r>
        <w:t xml:space="preserve"> </w:t>
      </w:r>
      <w:proofErr w:type="spellStart"/>
      <w:r>
        <w:t>eisreich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, also wo </w:t>
      </w:r>
      <w:proofErr w:type="spellStart"/>
      <w:r>
        <w:t>viel</w:t>
      </w:r>
      <w:proofErr w:type="spellEnd"/>
      <w:r>
        <w:t xml:space="preserve"> Eis in </w:t>
      </w:r>
      <w:proofErr w:type="spellStart"/>
      <w:r>
        <w:t>Klüften</w:t>
      </w:r>
      <w:proofErr w:type="spellEnd"/>
      <w:r>
        <w:t xml:space="preserve"> </w:t>
      </w:r>
      <w:proofErr w:type="spellStart"/>
      <w:r>
        <w:t>vorhanden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, </w:t>
      </w:r>
      <w:proofErr w:type="spellStart"/>
      <w:r>
        <w:t>im</w:t>
      </w:r>
      <w:proofErr w:type="spellEnd"/>
      <w:r>
        <w:t xml:space="preserve"> </w:t>
      </w:r>
      <w:proofErr w:type="spellStart"/>
      <w:r>
        <w:t>Lockermaterial</w:t>
      </w:r>
      <w:proofErr w:type="spellEnd"/>
      <w:r>
        <w:t xml:space="preserve">, wo in den, in den </w:t>
      </w:r>
      <w:proofErr w:type="spellStart"/>
      <w:r>
        <w:t>Zwischenräumen</w:t>
      </w:r>
      <w:proofErr w:type="spellEnd"/>
      <w:r>
        <w:t xml:space="preserve"> </w:t>
      </w:r>
      <w:proofErr w:type="spellStart"/>
      <w:r>
        <w:t>sehr</w:t>
      </w:r>
      <w:proofErr w:type="spellEnd"/>
      <w:r>
        <w:t xml:space="preserve"> </w:t>
      </w:r>
      <w:proofErr w:type="spellStart"/>
      <w:r>
        <w:t>viel</w:t>
      </w:r>
      <w:proofErr w:type="spellEnd"/>
      <w:r>
        <w:t xml:space="preserve"> Eis </w:t>
      </w:r>
      <w:proofErr w:type="spellStart"/>
      <w:r>
        <w:t>ist</w:t>
      </w:r>
      <w:proofErr w:type="spellEnd"/>
      <w:r>
        <w:t xml:space="preserve">, </w:t>
      </w:r>
      <w:proofErr w:type="spellStart"/>
      <w:r>
        <w:t>kann</w:t>
      </w:r>
      <w:proofErr w:type="spellEnd"/>
      <w:r>
        <w:t xml:space="preserve"> es </w:t>
      </w:r>
      <w:proofErr w:type="spellStart"/>
      <w:r>
        <w:t>zu</w:t>
      </w:r>
      <w:proofErr w:type="spellEnd"/>
      <w:r>
        <w:t xml:space="preserve"> starken </w:t>
      </w:r>
      <w:proofErr w:type="spellStart"/>
      <w:r>
        <w:t>Absenkbewegungen</w:t>
      </w:r>
      <w:proofErr w:type="spellEnd"/>
      <w:r>
        <w:t xml:space="preserve"> </w:t>
      </w:r>
      <w:proofErr w:type="spellStart"/>
      <w:r>
        <w:t>kommen</w:t>
      </w:r>
      <w:proofErr w:type="spellEnd"/>
      <w:r>
        <w:t xml:space="preserve">, </w:t>
      </w:r>
      <w:proofErr w:type="spellStart"/>
      <w:r>
        <w:t>zu</w:t>
      </w:r>
      <w:proofErr w:type="spellEnd"/>
      <w:r>
        <w:t xml:space="preserve"> </w:t>
      </w:r>
      <w:proofErr w:type="spellStart"/>
      <w:r>
        <w:t>Kriechbewegungen</w:t>
      </w:r>
      <w:proofErr w:type="spellEnd"/>
      <w:r>
        <w:t xml:space="preserve">. Und </w:t>
      </w:r>
      <w:proofErr w:type="spellStart"/>
      <w:r>
        <w:t>wenn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jetzt</w:t>
      </w:r>
      <w:proofErr w:type="spellEnd"/>
      <w:r>
        <w:t xml:space="preserve"> an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Hüttenbauwerk</w:t>
      </w:r>
      <w:proofErr w:type="spellEnd"/>
      <w:r>
        <w:t xml:space="preserve"> </w:t>
      </w:r>
      <w:proofErr w:type="spellStart"/>
      <w:r>
        <w:t>denken</w:t>
      </w:r>
      <w:proofErr w:type="spellEnd"/>
      <w:r>
        <w:t xml:space="preserve">, da </w:t>
      </w:r>
      <w:proofErr w:type="spellStart"/>
      <w:r>
        <w:lastRenderedPageBreak/>
        <w:t>reichen</w:t>
      </w:r>
      <w:proofErr w:type="spellEnd"/>
      <w:r>
        <w:t xml:space="preserve"> </w:t>
      </w:r>
      <w:proofErr w:type="spellStart"/>
      <w:r>
        <w:t>schon</w:t>
      </w:r>
      <w:proofErr w:type="spellEnd"/>
      <w:r>
        <w:t xml:space="preserve"> </w:t>
      </w:r>
      <w:proofErr w:type="spellStart"/>
      <w:r>
        <w:t>ganz</w:t>
      </w:r>
      <w:proofErr w:type="spellEnd"/>
      <w:r>
        <w:t xml:space="preserve"> </w:t>
      </w:r>
      <w:proofErr w:type="spellStart"/>
      <w:r>
        <w:t>kleine</w:t>
      </w:r>
      <w:proofErr w:type="spellEnd"/>
      <w:r>
        <w:t xml:space="preserve"> </w:t>
      </w:r>
      <w:proofErr w:type="spellStart"/>
      <w:r>
        <w:t>Bewegungen</w:t>
      </w:r>
      <w:proofErr w:type="spellEnd"/>
      <w:r>
        <w:t xml:space="preserve">, </w:t>
      </w:r>
      <w:proofErr w:type="spellStart"/>
      <w:r>
        <w:t>kleine</w:t>
      </w:r>
      <w:proofErr w:type="spellEnd"/>
      <w:r>
        <w:t xml:space="preserve"> </w:t>
      </w:r>
      <w:proofErr w:type="spellStart"/>
      <w:r>
        <w:t>Absenkbewegungen</w:t>
      </w:r>
      <w:proofErr w:type="spellEnd"/>
      <w:r>
        <w:t xml:space="preserve"> und das </w:t>
      </w:r>
      <w:proofErr w:type="spellStart"/>
      <w:r>
        <w:t>ist</w:t>
      </w:r>
      <w:proofErr w:type="spellEnd"/>
      <w:r>
        <w:t xml:space="preserve"> </w:t>
      </w:r>
      <w:proofErr w:type="spellStart"/>
      <w:r>
        <w:t>dann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Problem für die </w:t>
      </w:r>
      <w:proofErr w:type="spellStart"/>
      <w:r>
        <w:t>Fundamente</w:t>
      </w:r>
      <w:proofErr w:type="spellEnd"/>
      <w:r>
        <w:t xml:space="preserve">. Es </w:t>
      </w:r>
      <w:proofErr w:type="spellStart"/>
      <w:r>
        <w:t>kommt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Rissen in den </w:t>
      </w:r>
      <w:proofErr w:type="spellStart"/>
      <w:r>
        <w:t>Gebäuden</w:t>
      </w:r>
      <w:proofErr w:type="spellEnd"/>
      <w:r>
        <w:t xml:space="preserve">. Es, es muss </w:t>
      </w:r>
      <w:proofErr w:type="spellStart"/>
      <w:r>
        <w:t>jetzt</w:t>
      </w:r>
      <w:proofErr w:type="spellEnd"/>
      <w:r>
        <w:t xml:space="preserve"> nicht immer </w:t>
      </w:r>
      <w:proofErr w:type="spellStart"/>
      <w:r>
        <w:t>gleich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großen</w:t>
      </w:r>
      <w:proofErr w:type="spellEnd"/>
      <w:r>
        <w:t xml:space="preserve"> </w:t>
      </w:r>
      <w:proofErr w:type="spellStart"/>
      <w:r>
        <w:t>Hangversagen</w:t>
      </w:r>
      <w:proofErr w:type="spellEnd"/>
      <w:r>
        <w:t xml:space="preserve"> </w:t>
      </w:r>
      <w:proofErr w:type="spellStart"/>
      <w:r>
        <w:t>kommen</w:t>
      </w:r>
      <w:proofErr w:type="spellEnd"/>
      <w:r>
        <w:t xml:space="preserve">, das </w:t>
      </w:r>
      <w:proofErr w:type="spellStart"/>
      <w:r>
        <w:t>jetzt</w:t>
      </w:r>
      <w:proofErr w:type="spellEnd"/>
      <w:r>
        <w:t xml:space="preserve"> </w:t>
      </w:r>
      <w:proofErr w:type="spellStart"/>
      <w:r>
        <w:t>Gefahr</w:t>
      </w:r>
      <w:proofErr w:type="spellEnd"/>
      <w:r>
        <w:t xml:space="preserve"> für Leib und Leben </w:t>
      </w:r>
      <w:proofErr w:type="spellStart"/>
      <w:r>
        <w:t>bedeutet</w:t>
      </w:r>
      <w:proofErr w:type="spellEnd"/>
      <w:r>
        <w:t xml:space="preserve">. Für </w:t>
      </w:r>
      <w:proofErr w:type="spellStart"/>
      <w:r>
        <w:t>Bauwerke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 </w:t>
      </w:r>
      <w:proofErr w:type="spellStart"/>
      <w:r>
        <w:t>natürlich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schon</w:t>
      </w:r>
      <w:proofErr w:type="spellEnd"/>
      <w:r>
        <w:t xml:space="preserve"> die </w:t>
      </w:r>
      <w:proofErr w:type="spellStart"/>
      <w:r>
        <w:t>kleinen</w:t>
      </w:r>
      <w:proofErr w:type="spellEnd"/>
      <w:r>
        <w:t xml:space="preserve"> Risse, die </w:t>
      </w:r>
      <w:proofErr w:type="spellStart"/>
      <w:r>
        <w:t>kleinen</w:t>
      </w:r>
      <w:proofErr w:type="spellEnd"/>
      <w:r>
        <w:t xml:space="preserve"> </w:t>
      </w:r>
      <w:proofErr w:type="spellStart"/>
      <w:r>
        <w:t>Absenkbewegungen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Problem für die </w:t>
      </w:r>
      <w:proofErr w:type="spellStart"/>
      <w:r>
        <w:t>langfristige</w:t>
      </w:r>
      <w:proofErr w:type="spellEnd"/>
      <w:r>
        <w:t xml:space="preserve"> </w:t>
      </w:r>
      <w:proofErr w:type="spellStart"/>
      <w:r>
        <w:t>Erhaltung</w:t>
      </w:r>
      <w:proofErr w:type="spellEnd"/>
      <w:r>
        <w:t xml:space="preserve">. </w:t>
      </w:r>
    </w:p>
    <w:p w14:paraId="0B8741A6" w14:textId="77777777" w:rsidR="005526BC" w:rsidRDefault="005526BC"/>
    <w:p w14:paraId="5EEE2BAF" w14:textId="77777777" w:rsidR="005526BC" w:rsidRDefault="000122CF">
      <w:r>
        <w:rPr>
          <w:b/>
        </w:rPr>
        <w:t>00:06:40,656 --&gt; 00:07:02,536 [Christine Brugger (Moderatorin)]</w:t>
      </w:r>
    </w:p>
    <w:p w14:paraId="47B245FD" w14:textId="1743EA6C" w:rsidR="007E430C" w:rsidRDefault="000122CF">
      <w:r>
        <w:t xml:space="preserve">Auch da </w:t>
      </w:r>
      <w:proofErr w:type="spellStart"/>
      <w:r>
        <w:t>gibt</w:t>
      </w:r>
      <w:proofErr w:type="spellEnd"/>
      <w:r>
        <w:t xml:space="preserve"> es </w:t>
      </w:r>
      <w:proofErr w:type="spellStart"/>
      <w:r>
        <w:t>ein</w:t>
      </w:r>
      <w:proofErr w:type="spellEnd"/>
      <w:r>
        <w:t xml:space="preserve"> </w:t>
      </w:r>
      <w:proofErr w:type="spellStart"/>
      <w:r>
        <w:t>prominentes</w:t>
      </w:r>
      <w:proofErr w:type="spellEnd"/>
      <w:r>
        <w:t xml:space="preserve"> </w:t>
      </w:r>
      <w:proofErr w:type="spellStart"/>
      <w:r>
        <w:t>Beispiel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Nationalpark</w:t>
      </w:r>
      <w:proofErr w:type="spellEnd"/>
      <w:r>
        <w:t xml:space="preserve"> Hohe Tauern. Das </w:t>
      </w:r>
      <w:proofErr w:type="spellStart"/>
      <w:r>
        <w:t>ist</w:t>
      </w:r>
      <w:proofErr w:type="spellEnd"/>
      <w:r>
        <w:t xml:space="preserve"> die </w:t>
      </w:r>
      <w:proofErr w:type="spellStart"/>
      <w:r>
        <w:t>Erzherzog</w:t>
      </w:r>
      <w:proofErr w:type="spellEnd"/>
      <w:r>
        <w:t xml:space="preserve"> Johann Hütte,</w:t>
      </w:r>
      <w:r w:rsidR="00CD1308">
        <w:t xml:space="preserve"> auf 3.454 </w:t>
      </w:r>
      <w:proofErr w:type="spellStart"/>
      <w:r w:rsidR="00CD1308">
        <w:t>Metern</w:t>
      </w:r>
      <w:proofErr w:type="spellEnd"/>
      <w:r w:rsidR="00CD1308">
        <w:t xml:space="preserve"> </w:t>
      </w:r>
      <w:proofErr w:type="spellStart"/>
      <w:r w:rsidR="00CD1308">
        <w:t>Seehöhe</w:t>
      </w:r>
      <w:proofErr w:type="spellEnd"/>
      <w:r w:rsidR="00CD1308">
        <w:t xml:space="preserve"> </w:t>
      </w:r>
      <w:r>
        <w:t xml:space="preserve">die </w:t>
      </w:r>
      <w:proofErr w:type="spellStart"/>
      <w:r>
        <w:t>höchstgelegene</w:t>
      </w:r>
      <w:proofErr w:type="spellEnd"/>
      <w:r>
        <w:t xml:space="preserve"> </w:t>
      </w:r>
      <w:proofErr w:type="spellStart"/>
      <w:r>
        <w:t>Schutzhütte</w:t>
      </w:r>
      <w:proofErr w:type="spellEnd"/>
      <w:r>
        <w:t xml:space="preserve"> </w:t>
      </w:r>
      <w:proofErr w:type="spellStart"/>
      <w:r>
        <w:t>Österreichs</w:t>
      </w:r>
      <w:proofErr w:type="spellEnd"/>
      <w:r>
        <w:t xml:space="preserve">, </w:t>
      </w:r>
      <w:proofErr w:type="spellStart"/>
      <w:r>
        <w:t>direkt</w:t>
      </w:r>
      <w:proofErr w:type="spellEnd"/>
      <w:r>
        <w:t xml:space="preserve"> </w:t>
      </w:r>
      <w:proofErr w:type="spellStart"/>
      <w:r>
        <w:t>unter</w:t>
      </w:r>
      <w:proofErr w:type="spellEnd"/>
      <w:r>
        <w:t xml:space="preserve"> dem </w:t>
      </w:r>
      <w:proofErr w:type="spellStart"/>
      <w:r>
        <w:t>Gipfel</w:t>
      </w:r>
      <w:proofErr w:type="spellEnd"/>
      <w:r>
        <w:t xml:space="preserve"> des </w:t>
      </w:r>
      <w:proofErr w:type="spellStart"/>
      <w:r>
        <w:t>Großglockner</w:t>
      </w:r>
      <w:proofErr w:type="spellEnd"/>
      <w:r>
        <w:t xml:space="preserve">. Auch </w:t>
      </w:r>
      <w:proofErr w:type="spellStart"/>
      <w:r>
        <w:t>dort</w:t>
      </w:r>
      <w:proofErr w:type="spellEnd"/>
      <w:r>
        <w:t xml:space="preserve"> taut der Permafrost auf. Auch </w:t>
      </w:r>
      <w:proofErr w:type="spellStart"/>
      <w:r>
        <w:t>dort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GeoResearch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Einsatz</w:t>
      </w:r>
      <w:proofErr w:type="spellEnd"/>
      <w:r>
        <w:t xml:space="preserve">. Was </w:t>
      </w:r>
      <w:proofErr w:type="spellStart"/>
      <w:r>
        <w:t>messen</w:t>
      </w:r>
      <w:proofErr w:type="spellEnd"/>
      <w:r>
        <w:t xml:space="preserve"> Sie? </w:t>
      </w:r>
    </w:p>
    <w:p w14:paraId="3B606157" w14:textId="77777777" w:rsidR="005526BC" w:rsidRDefault="005526BC"/>
    <w:p w14:paraId="7B8321CA" w14:textId="77777777" w:rsidR="005526BC" w:rsidRDefault="000122CF">
      <w:r>
        <w:rPr>
          <w:b/>
        </w:rPr>
        <w:t xml:space="preserve">00:07:03,756 --&gt; 00:08:38,286 [Ingo </w:t>
      </w:r>
      <w:proofErr w:type="spellStart"/>
      <w:r>
        <w:rPr>
          <w:b/>
        </w:rPr>
        <w:t>Hartmeier</w:t>
      </w:r>
      <w:proofErr w:type="spellEnd"/>
      <w:r>
        <w:rPr>
          <w:b/>
        </w:rPr>
        <w:t xml:space="preserve"> (Gast) ]</w:t>
      </w:r>
    </w:p>
    <w:p w14:paraId="70B444C1" w14:textId="77777777" w:rsidR="005526BC" w:rsidRDefault="000122CF">
      <w:r>
        <w:t xml:space="preserve">Ja, </w:t>
      </w:r>
      <w:proofErr w:type="spellStart"/>
      <w:r>
        <w:t>wir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 </w:t>
      </w:r>
      <w:proofErr w:type="spellStart"/>
      <w:r>
        <w:t>sehr</w:t>
      </w:r>
      <w:proofErr w:type="spellEnd"/>
      <w:r>
        <w:t xml:space="preserve"> </w:t>
      </w:r>
      <w:proofErr w:type="spellStart"/>
      <w:r>
        <w:t>stolz</w:t>
      </w:r>
      <w:proofErr w:type="spellEnd"/>
      <w:r>
        <w:t xml:space="preserve"> und </w:t>
      </w:r>
      <w:proofErr w:type="spellStart"/>
      <w:r>
        <w:t>sehr</w:t>
      </w:r>
      <w:proofErr w:type="spellEnd"/>
      <w:r>
        <w:t xml:space="preserve"> </w:t>
      </w:r>
      <w:proofErr w:type="spellStart"/>
      <w:r>
        <w:t>froh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dort</w:t>
      </w:r>
      <w:proofErr w:type="spellEnd"/>
      <w:r>
        <w:t xml:space="preserve"> </w:t>
      </w:r>
      <w:proofErr w:type="spellStart"/>
      <w:r>
        <w:t>seit</w:t>
      </w:r>
      <w:proofErr w:type="spellEnd"/>
      <w:r>
        <w:t xml:space="preserve"> </w:t>
      </w:r>
      <w:proofErr w:type="spellStart"/>
      <w:r>
        <w:t>letztem</w:t>
      </w:r>
      <w:proofErr w:type="spellEnd"/>
      <w:r>
        <w:t xml:space="preserve"> Sommer, also </w:t>
      </w:r>
      <w:proofErr w:type="spellStart"/>
      <w:r>
        <w:t>seit</w:t>
      </w:r>
      <w:proofErr w:type="spellEnd"/>
      <w:r>
        <w:t xml:space="preserve"> September 2025, </w:t>
      </w:r>
      <w:proofErr w:type="spellStart"/>
      <w:r>
        <w:t>äh</w:t>
      </w:r>
      <w:proofErr w:type="spellEnd"/>
      <w:r>
        <w:t xml:space="preserve">, </w:t>
      </w:r>
      <w:proofErr w:type="spellStart"/>
      <w:r>
        <w:t>zwei</w:t>
      </w:r>
      <w:proofErr w:type="spellEnd"/>
      <w:r>
        <w:t xml:space="preserve"> </w:t>
      </w:r>
      <w:proofErr w:type="spellStart"/>
      <w:r>
        <w:t>tiefe</w:t>
      </w:r>
      <w:proofErr w:type="spellEnd"/>
      <w:r>
        <w:t xml:space="preserve"> </w:t>
      </w:r>
      <w:proofErr w:type="spellStart"/>
      <w:r>
        <w:t>Permafrostbohrlöcher</w:t>
      </w:r>
      <w:proofErr w:type="spellEnd"/>
      <w:r>
        <w:t xml:space="preserve"> in </w:t>
      </w:r>
      <w:proofErr w:type="spellStart"/>
      <w:r>
        <w:t>Betrieb</w:t>
      </w:r>
      <w:proofErr w:type="spellEnd"/>
      <w:r>
        <w:t xml:space="preserve"> </w:t>
      </w:r>
      <w:proofErr w:type="spellStart"/>
      <w:r>
        <w:t>haben</w:t>
      </w:r>
      <w:proofErr w:type="spellEnd"/>
      <w:r>
        <w:t xml:space="preserve">. Es </w:t>
      </w:r>
      <w:proofErr w:type="spellStart"/>
      <w:r>
        <w:t>ist</w:t>
      </w:r>
      <w:proofErr w:type="spellEnd"/>
      <w:r>
        <w:t xml:space="preserve"> so, </w:t>
      </w:r>
      <w:proofErr w:type="spellStart"/>
      <w:r>
        <w:t>dass</w:t>
      </w:r>
      <w:proofErr w:type="spellEnd"/>
      <w:r>
        <w:t xml:space="preserve"> man die </w:t>
      </w:r>
      <w:proofErr w:type="spellStart"/>
      <w:r>
        <w:t>Veränderungen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Permafrost </w:t>
      </w:r>
      <w:proofErr w:type="spellStart"/>
      <w:r>
        <w:t>eigentlich</w:t>
      </w:r>
      <w:proofErr w:type="spellEnd"/>
      <w:r>
        <w:t xml:space="preserve"> </w:t>
      </w:r>
      <w:proofErr w:type="spellStart"/>
      <w:r>
        <w:t>nur</w:t>
      </w:r>
      <w:proofErr w:type="spellEnd"/>
      <w:r>
        <w:t xml:space="preserve"> </w:t>
      </w:r>
      <w:proofErr w:type="spellStart"/>
      <w:r>
        <w:t>über</w:t>
      </w:r>
      <w:proofErr w:type="spellEnd"/>
      <w:r>
        <w:t xml:space="preserve"> </w:t>
      </w:r>
      <w:proofErr w:type="spellStart"/>
      <w:r>
        <w:t>direkte</w:t>
      </w:r>
      <w:proofErr w:type="spellEnd"/>
      <w:r>
        <w:t xml:space="preserve"> </w:t>
      </w:r>
      <w:proofErr w:type="spellStart"/>
      <w:r>
        <w:t>Temperaturmessungen</w:t>
      </w:r>
      <w:proofErr w:type="spellEnd"/>
      <w:r>
        <w:t xml:space="preserve"> </w:t>
      </w:r>
      <w:proofErr w:type="spellStart"/>
      <w:r>
        <w:t>feststellen</w:t>
      </w:r>
      <w:proofErr w:type="spellEnd"/>
      <w:r>
        <w:t xml:space="preserve"> </w:t>
      </w:r>
      <w:proofErr w:type="spellStart"/>
      <w:r>
        <w:t>kann</w:t>
      </w:r>
      <w:proofErr w:type="spellEnd"/>
      <w:r>
        <w:t xml:space="preserve"> und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direkten</w:t>
      </w:r>
      <w:proofErr w:type="spellEnd"/>
      <w:r>
        <w:t xml:space="preserve"> </w:t>
      </w:r>
      <w:proofErr w:type="spellStart"/>
      <w:r>
        <w:t>Temperaturmessungen</w:t>
      </w:r>
      <w:proofErr w:type="spellEnd"/>
      <w:r>
        <w:t xml:space="preserve"> </w:t>
      </w:r>
      <w:proofErr w:type="spellStart"/>
      <w:r>
        <w:t>kann</w:t>
      </w:r>
      <w:proofErr w:type="spellEnd"/>
      <w:r>
        <w:t xml:space="preserve"> man </w:t>
      </w:r>
      <w:proofErr w:type="spellStart"/>
      <w:r>
        <w:t>nur</w:t>
      </w:r>
      <w:proofErr w:type="spellEnd"/>
      <w:r>
        <w:t xml:space="preserve"> </w:t>
      </w:r>
      <w:proofErr w:type="spellStart"/>
      <w:r>
        <w:t>über</w:t>
      </w:r>
      <w:proofErr w:type="spellEnd"/>
      <w:r>
        <w:t xml:space="preserve"> Bohrungen </w:t>
      </w:r>
      <w:proofErr w:type="spellStart"/>
      <w:r>
        <w:t>durchführen</w:t>
      </w:r>
      <w:proofErr w:type="spellEnd"/>
      <w:r>
        <w:t xml:space="preserve">. Das </w:t>
      </w:r>
      <w:proofErr w:type="spellStart"/>
      <w:r>
        <w:t>heißt</w:t>
      </w:r>
      <w:proofErr w:type="spellEnd"/>
      <w:r>
        <w:t xml:space="preserve">, </w:t>
      </w:r>
      <w:proofErr w:type="spellStart"/>
      <w:r>
        <w:t>wir</w:t>
      </w:r>
      <w:proofErr w:type="spellEnd"/>
      <w:r>
        <w:t xml:space="preserve"> </w:t>
      </w:r>
      <w:proofErr w:type="spellStart"/>
      <w:r>
        <w:t>müssen</w:t>
      </w:r>
      <w:proofErr w:type="spellEnd"/>
      <w:r>
        <w:t xml:space="preserve"> in das, </w:t>
      </w:r>
      <w:proofErr w:type="spellStart"/>
      <w:r>
        <w:t>äh</w:t>
      </w:r>
      <w:proofErr w:type="spellEnd"/>
      <w:r>
        <w:t xml:space="preserve">, </w:t>
      </w:r>
      <w:proofErr w:type="spellStart"/>
      <w:r>
        <w:t>gefrorene</w:t>
      </w:r>
      <w:proofErr w:type="spellEnd"/>
      <w:r>
        <w:t xml:space="preserve"> </w:t>
      </w:r>
      <w:proofErr w:type="spellStart"/>
      <w:r>
        <w:t>Gestein</w:t>
      </w:r>
      <w:proofErr w:type="spellEnd"/>
      <w:r>
        <w:t xml:space="preserve"> </w:t>
      </w:r>
      <w:proofErr w:type="spellStart"/>
      <w:r>
        <w:t>bohren</w:t>
      </w:r>
      <w:proofErr w:type="spellEnd"/>
      <w:r>
        <w:t xml:space="preserve"> und </w:t>
      </w:r>
      <w:proofErr w:type="spellStart"/>
      <w:r>
        <w:t>dann</w:t>
      </w:r>
      <w:proofErr w:type="spellEnd"/>
      <w:r>
        <w:t xml:space="preserve"> in </w:t>
      </w:r>
      <w:proofErr w:type="spellStart"/>
      <w:r>
        <w:t>diesem</w:t>
      </w:r>
      <w:proofErr w:type="spellEnd"/>
      <w:r>
        <w:t xml:space="preserve"> </w:t>
      </w:r>
      <w:proofErr w:type="spellStart"/>
      <w:r>
        <w:t>Bohrloch</w:t>
      </w:r>
      <w:proofErr w:type="spellEnd"/>
      <w:r>
        <w:t xml:space="preserve"> </w:t>
      </w:r>
      <w:proofErr w:type="spellStart"/>
      <w:r>
        <w:t>Temperatursensoren</w:t>
      </w:r>
      <w:proofErr w:type="spellEnd"/>
      <w:r>
        <w:t xml:space="preserve"> </w:t>
      </w:r>
      <w:proofErr w:type="spellStart"/>
      <w:r>
        <w:t>anbringen</w:t>
      </w:r>
      <w:proofErr w:type="spellEnd"/>
      <w:r>
        <w:t xml:space="preserve">. Das </w:t>
      </w:r>
      <w:proofErr w:type="spellStart"/>
      <w:r>
        <w:t>ist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sehr</w:t>
      </w:r>
      <w:proofErr w:type="spellEnd"/>
      <w:r>
        <w:t xml:space="preserve"> </w:t>
      </w:r>
      <w:proofErr w:type="spellStart"/>
      <w:r>
        <w:t>aufwendiges</w:t>
      </w:r>
      <w:proofErr w:type="spellEnd"/>
      <w:r>
        <w:t xml:space="preserve"> und in der Regel </w:t>
      </w:r>
      <w:proofErr w:type="spellStart"/>
      <w:r>
        <w:t>sehr</w:t>
      </w:r>
      <w:proofErr w:type="spellEnd"/>
      <w:r>
        <w:t xml:space="preserve"> </w:t>
      </w:r>
      <w:proofErr w:type="spellStart"/>
      <w:r>
        <w:t>teures</w:t>
      </w:r>
      <w:proofErr w:type="spellEnd"/>
      <w:r>
        <w:t xml:space="preserve"> </w:t>
      </w:r>
      <w:proofErr w:type="spellStart"/>
      <w:r>
        <w:t>Verfahren</w:t>
      </w:r>
      <w:proofErr w:type="spellEnd"/>
      <w:r>
        <w:t xml:space="preserve">. Es </w:t>
      </w:r>
      <w:proofErr w:type="spellStart"/>
      <w:r>
        <w:t>gibt</w:t>
      </w:r>
      <w:proofErr w:type="spellEnd"/>
      <w:r>
        <w:t xml:space="preserve"> in Österreich </w:t>
      </w:r>
      <w:proofErr w:type="spellStart"/>
      <w:r>
        <w:t>im</w:t>
      </w:r>
      <w:proofErr w:type="spellEnd"/>
      <w:r>
        <w:t xml:space="preserve"> Moment </w:t>
      </w:r>
      <w:proofErr w:type="spellStart"/>
      <w:r>
        <w:t>zwei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gab bis </w:t>
      </w:r>
      <w:proofErr w:type="spellStart"/>
      <w:r>
        <w:t>vor</w:t>
      </w:r>
      <w:proofErr w:type="spellEnd"/>
      <w:r>
        <w:t xml:space="preserve"> </w:t>
      </w:r>
      <w:proofErr w:type="spellStart"/>
      <w:r>
        <w:t>Kurzem</w:t>
      </w:r>
      <w:proofErr w:type="spellEnd"/>
      <w:r>
        <w:t xml:space="preserve"> </w:t>
      </w:r>
      <w:proofErr w:type="spellStart"/>
      <w:r>
        <w:t>nur</w:t>
      </w:r>
      <w:proofErr w:type="spellEnd"/>
      <w:r>
        <w:t xml:space="preserve"> </w:t>
      </w:r>
      <w:proofErr w:type="spellStart"/>
      <w:r>
        <w:t>zwei</w:t>
      </w:r>
      <w:proofErr w:type="spellEnd"/>
      <w:r>
        <w:t xml:space="preserve"> </w:t>
      </w:r>
      <w:proofErr w:type="spellStart"/>
      <w:r>
        <w:t>Standorte</w:t>
      </w:r>
      <w:proofErr w:type="spellEnd"/>
      <w:r>
        <w:t xml:space="preserve">, wo das </w:t>
      </w:r>
      <w:proofErr w:type="spellStart"/>
      <w:r>
        <w:t>dauerhaft</w:t>
      </w:r>
      <w:proofErr w:type="spellEnd"/>
      <w:r>
        <w:t xml:space="preserve"> </w:t>
      </w:r>
      <w:proofErr w:type="spellStart"/>
      <w:r>
        <w:t>durchgeführt</w:t>
      </w:r>
      <w:proofErr w:type="spellEnd"/>
      <w:r>
        <w:t xml:space="preserve"> </w:t>
      </w:r>
      <w:proofErr w:type="spellStart"/>
      <w:r>
        <w:t>wurde</w:t>
      </w:r>
      <w:proofErr w:type="spellEnd"/>
      <w:r>
        <w:t xml:space="preserve"> und </w:t>
      </w:r>
      <w:proofErr w:type="spellStart"/>
      <w:r>
        <w:t>wird</w:t>
      </w:r>
      <w:proofErr w:type="spellEnd"/>
      <w:r>
        <w:t xml:space="preserve">. Das </w:t>
      </w:r>
      <w:proofErr w:type="spellStart"/>
      <w:r>
        <w:t>ist</w:t>
      </w:r>
      <w:proofErr w:type="spellEnd"/>
      <w:r>
        <w:t xml:space="preserve"> </w:t>
      </w:r>
      <w:proofErr w:type="spellStart"/>
      <w:r>
        <w:t>einerseits</w:t>
      </w:r>
      <w:proofErr w:type="spellEnd"/>
      <w:r>
        <w:t xml:space="preserve"> das </w:t>
      </w:r>
      <w:proofErr w:type="spellStart"/>
      <w:r>
        <w:t>Kitzsteinhorn</w:t>
      </w:r>
      <w:proofErr w:type="spellEnd"/>
      <w:r>
        <w:t xml:space="preserve">, wo das </w:t>
      </w:r>
      <w:proofErr w:type="spellStart"/>
      <w:r>
        <w:t>seit</w:t>
      </w:r>
      <w:proofErr w:type="spellEnd"/>
      <w:r>
        <w:t xml:space="preserve"> 2015 der Fall </w:t>
      </w:r>
      <w:proofErr w:type="spellStart"/>
      <w:r>
        <w:t>ist</w:t>
      </w:r>
      <w:proofErr w:type="spellEnd"/>
      <w:r>
        <w:t xml:space="preserve"> und </w:t>
      </w:r>
      <w:proofErr w:type="spellStart"/>
      <w:r>
        <w:t>andererseits</w:t>
      </w:r>
      <w:proofErr w:type="spellEnd"/>
      <w:r>
        <w:t xml:space="preserve"> der Hohe </w:t>
      </w:r>
      <w:proofErr w:type="spellStart"/>
      <w:r>
        <w:t>Sonnblick</w:t>
      </w:r>
      <w:proofErr w:type="spellEnd"/>
      <w:r>
        <w:t xml:space="preserve">, </w:t>
      </w:r>
      <w:proofErr w:type="spellStart"/>
      <w:r>
        <w:t>äh</w:t>
      </w:r>
      <w:proofErr w:type="spellEnd"/>
      <w:r>
        <w:t xml:space="preserve">, wo </w:t>
      </w:r>
      <w:proofErr w:type="spellStart"/>
      <w:r>
        <w:t>seit</w:t>
      </w:r>
      <w:proofErr w:type="spellEnd"/>
      <w:r>
        <w:t xml:space="preserve"> 2010 </w:t>
      </w:r>
      <w:proofErr w:type="spellStart"/>
      <w:r>
        <w:t>Bohrlochmessungen</w:t>
      </w:r>
      <w:proofErr w:type="spellEnd"/>
      <w:r>
        <w:t xml:space="preserve"> </w:t>
      </w:r>
      <w:proofErr w:type="spellStart"/>
      <w:r>
        <w:t>durchgeführt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. Und </w:t>
      </w:r>
      <w:proofErr w:type="spellStart"/>
      <w:r>
        <w:t>seit</w:t>
      </w:r>
      <w:proofErr w:type="spellEnd"/>
      <w:r>
        <w:t xml:space="preserve"> </w:t>
      </w:r>
      <w:proofErr w:type="spellStart"/>
      <w:r>
        <w:t>letztem</w:t>
      </w:r>
      <w:proofErr w:type="spellEnd"/>
      <w:r>
        <w:t xml:space="preserve"> September </w:t>
      </w:r>
      <w:proofErr w:type="spellStart"/>
      <w:r>
        <w:t>haben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eben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an der </w:t>
      </w:r>
      <w:proofErr w:type="spellStart"/>
      <w:r>
        <w:t>Erzherzog</w:t>
      </w:r>
      <w:proofErr w:type="spellEnd"/>
      <w:r>
        <w:t xml:space="preserve"> Johann Hütte </w:t>
      </w:r>
      <w:proofErr w:type="spellStart"/>
      <w:r>
        <w:t>zwei</w:t>
      </w:r>
      <w:proofErr w:type="spellEnd"/>
      <w:r>
        <w:t xml:space="preserve"> Permafrostbohrlöcher, die </w:t>
      </w:r>
      <w:proofErr w:type="spellStart"/>
      <w:r>
        <w:t>uns</w:t>
      </w:r>
      <w:proofErr w:type="spellEnd"/>
      <w:r>
        <w:t xml:space="preserve"> </w:t>
      </w:r>
      <w:proofErr w:type="spellStart"/>
      <w:r>
        <w:t>sehr</w:t>
      </w:r>
      <w:proofErr w:type="spellEnd"/>
      <w:r>
        <w:t xml:space="preserve"> </w:t>
      </w:r>
      <w:proofErr w:type="spellStart"/>
      <w:r>
        <w:t>wertvolle</w:t>
      </w:r>
      <w:proofErr w:type="spellEnd"/>
      <w:r>
        <w:t xml:space="preserve"> </w:t>
      </w:r>
      <w:proofErr w:type="spellStart"/>
      <w:r>
        <w:t>Einblicke</w:t>
      </w:r>
      <w:proofErr w:type="spellEnd"/>
      <w:r>
        <w:t xml:space="preserve"> in die </w:t>
      </w:r>
      <w:proofErr w:type="spellStart"/>
      <w:r>
        <w:t>thermische</w:t>
      </w:r>
      <w:proofErr w:type="spellEnd"/>
      <w:r>
        <w:t xml:space="preserve"> Dynamik des </w:t>
      </w:r>
      <w:proofErr w:type="spellStart"/>
      <w:r>
        <w:t>Permafrosts</w:t>
      </w:r>
      <w:proofErr w:type="spellEnd"/>
      <w:r>
        <w:t xml:space="preserve"> </w:t>
      </w:r>
      <w:proofErr w:type="spellStart"/>
      <w:r>
        <w:t>geben</w:t>
      </w:r>
      <w:proofErr w:type="spellEnd"/>
      <w:r>
        <w:t xml:space="preserve">. Also </w:t>
      </w:r>
      <w:proofErr w:type="spellStart"/>
      <w:r>
        <w:t>wir</w:t>
      </w:r>
      <w:proofErr w:type="spellEnd"/>
      <w:r>
        <w:t xml:space="preserve"> </w:t>
      </w:r>
      <w:proofErr w:type="spellStart"/>
      <w:r>
        <w:t>wollen</w:t>
      </w:r>
      <w:proofErr w:type="spellEnd"/>
      <w:r>
        <w:t xml:space="preserve"> </w:t>
      </w:r>
      <w:proofErr w:type="spellStart"/>
      <w:r>
        <w:t>natürlich</w:t>
      </w:r>
      <w:proofErr w:type="spellEnd"/>
      <w:r>
        <w:t xml:space="preserve"> verstehen, </w:t>
      </w:r>
      <w:proofErr w:type="spellStart"/>
      <w:r>
        <w:t>wie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dieser</w:t>
      </w:r>
      <w:proofErr w:type="spellEnd"/>
      <w:r>
        <w:t xml:space="preserve"> Permafrost </w:t>
      </w:r>
      <w:proofErr w:type="spellStart"/>
      <w:r>
        <w:t>verändert</w:t>
      </w:r>
      <w:proofErr w:type="spellEnd"/>
      <w:r>
        <w:t xml:space="preserve">. Wir </w:t>
      </w:r>
      <w:proofErr w:type="spellStart"/>
      <w:r>
        <w:t>wollen</w:t>
      </w:r>
      <w:proofErr w:type="spellEnd"/>
      <w:r>
        <w:t xml:space="preserve"> verstehen, </w:t>
      </w:r>
      <w:proofErr w:type="spellStart"/>
      <w:r>
        <w:t>wie</w:t>
      </w:r>
      <w:proofErr w:type="spellEnd"/>
      <w:r>
        <w:t xml:space="preserve"> schnell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Auftauprozesse</w:t>
      </w:r>
      <w:proofErr w:type="spellEnd"/>
      <w:r>
        <w:t xml:space="preserve"> </w:t>
      </w:r>
      <w:proofErr w:type="spellStart"/>
      <w:r>
        <w:t>vonstattengehen</w:t>
      </w:r>
      <w:proofErr w:type="spellEnd"/>
      <w:r>
        <w:t xml:space="preserve">, was für </w:t>
      </w:r>
      <w:proofErr w:type="spellStart"/>
      <w:r>
        <w:t>Bewegungen</w:t>
      </w:r>
      <w:proofErr w:type="spellEnd"/>
      <w:r>
        <w:t xml:space="preserve"> </w:t>
      </w:r>
      <w:proofErr w:type="spellStart"/>
      <w:r>
        <w:t>damit</w:t>
      </w:r>
      <w:proofErr w:type="spellEnd"/>
      <w:r>
        <w:t xml:space="preserve"> </w:t>
      </w:r>
      <w:proofErr w:type="spellStart"/>
      <w:r>
        <w:t>einhergehen</w:t>
      </w:r>
      <w:proofErr w:type="spellEnd"/>
      <w:r>
        <w:t xml:space="preserve">. Damit </w:t>
      </w:r>
      <w:proofErr w:type="spellStart"/>
      <w:r>
        <w:t>können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dann</w:t>
      </w:r>
      <w:proofErr w:type="spellEnd"/>
      <w:r>
        <w:t xml:space="preserve"> </w:t>
      </w:r>
      <w:proofErr w:type="spellStart"/>
      <w:r>
        <w:t>unsere</w:t>
      </w:r>
      <w:proofErr w:type="spellEnd"/>
      <w:r>
        <w:t xml:space="preserve"> Modelle </w:t>
      </w:r>
      <w:proofErr w:type="spellStart"/>
      <w:r>
        <w:t>füttern</w:t>
      </w:r>
      <w:proofErr w:type="spellEnd"/>
      <w:r>
        <w:t xml:space="preserve">, </w:t>
      </w:r>
      <w:proofErr w:type="spellStart"/>
      <w:r>
        <w:t>können</w:t>
      </w:r>
      <w:proofErr w:type="spellEnd"/>
      <w:r>
        <w:t xml:space="preserve"> </w:t>
      </w:r>
      <w:proofErr w:type="spellStart"/>
      <w:r>
        <w:t>Steinschlag</w:t>
      </w:r>
      <w:proofErr w:type="spellEnd"/>
      <w:r>
        <w:t xml:space="preserve"> und, und </w:t>
      </w:r>
      <w:proofErr w:type="spellStart"/>
      <w:r>
        <w:t>Felssturzrisiken</w:t>
      </w:r>
      <w:proofErr w:type="spellEnd"/>
      <w:r>
        <w:t xml:space="preserve"> </w:t>
      </w:r>
      <w:proofErr w:type="spellStart"/>
      <w:r>
        <w:t>besser</w:t>
      </w:r>
      <w:proofErr w:type="spellEnd"/>
      <w:r>
        <w:t xml:space="preserve"> </w:t>
      </w:r>
      <w:proofErr w:type="spellStart"/>
      <w:r>
        <w:t>berechnen</w:t>
      </w:r>
      <w:proofErr w:type="spellEnd"/>
      <w:r>
        <w:t xml:space="preserve">. Das </w:t>
      </w:r>
      <w:proofErr w:type="spellStart"/>
      <w:r>
        <w:t>heißt</w:t>
      </w:r>
      <w:proofErr w:type="spellEnd"/>
      <w:r>
        <w:t xml:space="preserve">, </w:t>
      </w:r>
      <w:proofErr w:type="spellStart"/>
      <w:r>
        <w:t>wir</w:t>
      </w:r>
      <w:proofErr w:type="spellEnd"/>
      <w:r>
        <w:t xml:space="preserve"> </w:t>
      </w:r>
      <w:proofErr w:type="spellStart"/>
      <w:r>
        <w:t>brauchen</w:t>
      </w:r>
      <w:proofErr w:type="spellEnd"/>
      <w:r>
        <w:t xml:space="preserve"> für </w:t>
      </w:r>
      <w:proofErr w:type="spellStart"/>
      <w:r>
        <w:t>unsere</w:t>
      </w:r>
      <w:proofErr w:type="spellEnd"/>
      <w:r>
        <w:t xml:space="preserve"> </w:t>
      </w:r>
      <w:proofErr w:type="spellStart"/>
      <w:r>
        <w:t>Risikobetrachtungen</w:t>
      </w:r>
      <w:proofErr w:type="spellEnd"/>
      <w:r>
        <w:t xml:space="preserve">, </w:t>
      </w:r>
      <w:proofErr w:type="spellStart"/>
      <w:r>
        <w:t>wir</w:t>
      </w:r>
      <w:proofErr w:type="spellEnd"/>
      <w:r>
        <w:t xml:space="preserve"> </w:t>
      </w:r>
      <w:proofErr w:type="spellStart"/>
      <w:r>
        <w:t>brauchen</w:t>
      </w:r>
      <w:proofErr w:type="spellEnd"/>
      <w:r>
        <w:t xml:space="preserve"> für </w:t>
      </w:r>
      <w:proofErr w:type="spellStart"/>
      <w:r>
        <w:t>fundierte</w:t>
      </w:r>
      <w:proofErr w:type="spellEnd"/>
      <w:r>
        <w:t xml:space="preserve"> </w:t>
      </w:r>
      <w:proofErr w:type="spellStart"/>
      <w:r>
        <w:t>Anpassungsmaßnahmen</w:t>
      </w:r>
      <w:proofErr w:type="spellEnd"/>
      <w:r>
        <w:t xml:space="preserve">, die </w:t>
      </w:r>
      <w:proofErr w:type="spellStart"/>
      <w:r>
        <w:t>wir</w:t>
      </w:r>
      <w:proofErr w:type="spellEnd"/>
      <w:r>
        <w:t xml:space="preserve"> in der Zukunft </w:t>
      </w:r>
      <w:proofErr w:type="spellStart"/>
      <w:r>
        <w:t>sicher</w:t>
      </w:r>
      <w:proofErr w:type="spellEnd"/>
      <w:r>
        <w:t xml:space="preserve"> </w:t>
      </w:r>
      <w:proofErr w:type="spellStart"/>
      <w:r>
        <w:t>ergreifen</w:t>
      </w:r>
      <w:proofErr w:type="spellEnd"/>
      <w:r>
        <w:t xml:space="preserve"> </w:t>
      </w:r>
      <w:proofErr w:type="spellStart"/>
      <w:r>
        <w:t>müssen</w:t>
      </w:r>
      <w:proofErr w:type="spellEnd"/>
      <w:r>
        <w:t xml:space="preserve">,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solide</w:t>
      </w:r>
      <w:proofErr w:type="spellEnd"/>
      <w:r>
        <w:t xml:space="preserve"> </w:t>
      </w:r>
      <w:proofErr w:type="spellStart"/>
      <w:r>
        <w:t>fundierte</w:t>
      </w:r>
      <w:proofErr w:type="spellEnd"/>
      <w:r>
        <w:t xml:space="preserve"> </w:t>
      </w:r>
      <w:proofErr w:type="spellStart"/>
      <w:r>
        <w:t>Datengrundlage</w:t>
      </w:r>
      <w:proofErr w:type="spellEnd"/>
      <w:r>
        <w:t xml:space="preserve">. Und </w:t>
      </w:r>
      <w:proofErr w:type="spellStart"/>
      <w:r>
        <w:t>ein</w:t>
      </w:r>
      <w:proofErr w:type="spellEnd"/>
      <w:r>
        <w:t xml:space="preserve"> </w:t>
      </w:r>
      <w:proofErr w:type="spellStart"/>
      <w:r>
        <w:t>wichtiger</w:t>
      </w:r>
      <w:proofErr w:type="spellEnd"/>
      <w:r>
        <w:t xml:space="preserve"> </w:t>
      </w:r>
      <w:proofErr w:type="spellStart"/>
      <w:r>
        <w:t>Punkt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Bereich</w:t>
      </w:r>
      <w:proofErr w:type="spellEnd"/>
      <w:r>
        <w:t xml:space="preserve"> </w:t>
      </w:r>
      <w:proofErr w:type="spellStart"/>
      <w:r>
        <w:t>dieser</w:t>
      </w:r>
      <w:proofErr w:type="spellEnd"/>
      <w:r>
        <w:t xml:space="preserve"> </w:t>
      </w:r>
      <w:proofErr w:type="spellStart"/>
      <w:r>
        <w:t>Datengrundlagen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 </w:t>
      </w:r>
      <w:proofErr w:type="spellStart"/>
      <w:r>
        <w:t>Permafrostbohrlöcher</w:t>
      </w:r>
      <w:proofErr w:type="spellEnd"/>
      <w:r>
        <w:t xml:space="preserve">. Und da </w:t>
      </w:r>
      <w:proofErr w:type="spellStart"/>
      <w:r>
        <w:t>sind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eben</w:t>
      </w:r>
      <w:proofErr w:type="spellEnd"/>
      <w:r>
        <w:t xml:space="preserve"> </w:t>
      </w:r>
      <w:proofErr w:type="spellStart"/>
      <w:r>
        <w:t>sehr</w:t>
      </w:r>
      <w:proofErr w:type="spellEnd"/>
      <w:r>
        <w:t xml:space="preserve"> </w:t>
      </w:r>
      <w:proofErr w:type="spellStart"/>
      <w:r>
        <w:t>froh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jetzt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den Bohrlöchern an der </w:t>
      </w:r>
      <w:proofErr w:type="spellStart"/>
      <w:r>
        <w:t>Adlersruhe</w:t>
      </w:r>
      <w:proofErr w:type="spellEnd"/>
      <w:r>
        <w:t xml:space="preserve"> den </w:t>
      </w:r>
      <w:proofErr w:type="spellStart"/>
      <w:r>
        <w:t>höchsten</w:t>
      </w:r>
      <w:proofErr w:type="spellEnd"/>
      <w:r>
        <w:t xml:space="preserve"> Permafrost-Monitoring-</w:t>
      </w:r>
      <w:proofErr w:type="spellStart"/>
      <w:r>
        <w:t>Standort</w:t>
      </w:r>
      <w:proofErr w:type="spellEnd"/>
      <w:r>
        <w:t xml:space="preserve"> in den </w:t>
      </w:r>
      <w:proofErr w:type="spellStart"/>
      <w:r>
        <w:t>Ostalpen</w:t>
      </w:r>
      <w:proofErr w:type="spellEnd"/>
      <w:r>
        <w:t xml:space="preserve">, </w:t>
      </w:r>
      <w:proofErr w:type="spellStart"/>
      <w:r>
        <w:t>äh</w:t>
      </w:r>
      <w:proofErr w:type="spellEnd"/>
      <w:r>
        <w:t xml:space="preserve">, </w:t>
      </w:r>
      <w:proofErr w:type="spellStart"/>
      <w:r>
        <w:t>seit</w:t>
      </w:r>
      <w:proofErr w:type="spellEnd"/>
      <w:r>
        <w:t xml:space="preserve"> </w:t>
      </w:r>
      <w:proofErr w:type="spellStart"/>
      <w:r>
        <w:t>letztem</w:t>
      </w:r>
      <w:proofErr w:type="spellEnd"/>
      <w:r>
        <w:t xml:space="preserve"> September in </w:t>
      </w:r>
      <w:proofErr w:type="spellStart"/>
      <w:r>
        <w:t>Betrieb</w:t>
      </w:r>
      <w:proofErr w:type="spellEnd"/>
      <w:r>
        <w:t xml:space="preserve"> </w:t>
      </w:r>
      <w:proofErr w:type="spellStart"/>
      <w:r>
        <w:t>haben</w:t>
      </w:r>
      <w:proofErr w:type="spellEnd"/>
      <w:r>
        <w:t xml:space="preserve"> und </w:t>
      </w:r>
      <w:proofErr w:type="spellStart"/>
      <w:r>
        <w:t>freuen</w:t>
      </w:r>
      <w:proofErr w:type="spellEnd"/>
      <w:r>
        <w:t xml:space="preserve"> </w:t>
      </w:r>
      <w:proofErr w:type="spellStart"/>
      <w:r>
        <w:t>uns</w:t>
      </w:r>
      <w:proofErr w:type="spellEnd"/>
      <w:r>
        <w:t xml:space="preserve"> </w:t>
      </w:r>
      <w:proofErr w:type="spellStart"/>
      <w:r>
        <w:t>schon</w:t>
      </w:r>
      <w:proofErr w:type="spellEnd"/>
      <w:r>
        <w:t xml:space="preserve"> </w:t>
      </w:r>
      <w:proofErr w:type="spellStart"/>
      <w:r>
        <w:t>sehr</w:t>
      </w:r>
      <w:proofErr w:type="spellEnd"/>
      <w:r>
        <w:t xml:space="preserve"> auf die </w:t>
      </w:r>
      <w:proofErr w:type="spellStart"/>
      <w:r>
        <w:t>Daten</w:t>
      </w:r>
      <w:proofErr w:type="spellEnd"/>
      <w:r>
        <w:t xml:space="preserve">, die </w:t>
      </w:r>
      <w:proofErr w:type="spellStart"/>
      <w:r>
        <w:t>uns</w:t>
      </w:r>
      <w:proofErr w:type="spellEnd"/>
      <w:r>
        <w:t xml:space="preserve"> </w:t>
      </w:r>
      <w:proofErr w:type="spellStart"/>
      <w:r>
        <w:t>dieser</w:t>
      </w:r>
      <w:proofErr w:type="spellEnd"/>
      <w:r>
        <w:t xml:space="preserve"> </w:t>
      </w:r>
      <w:proofErr w:type="spellStart"/>
      <w:r>
        <w:t>Standort</w:t>
      </w:r>
      <w:proofErr w:type="spellEnd"/>
      <w:r>
        <w:t xml:space="preserve"> in den </w:t>
      </w:r>
      <w:proofErr w:type="spellStart"/>
      <w:r>
        <w:t>nächsten</w:t>
      </w:r>
      <w:proofErr w:type="spellEnd"/>
      <w:r>
        <w:t xml:space="preserve"> Jahren </w:t>
      </w:r>
      <w:proofErr w:type="spellStart"/>
      <w:r>
        <w:t>liefern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. </w:t>
      </w:r>
    </w:p>
    <w:p w14:paraId="4EBEA26A" w14:textId="77777777" w:rsidR="005526BC" w:rsidRDefault="005526BC"/>
    <w:p w14:paraId="0269918E" w14:textId="77777777" w:rsidR="005526BC" w:rsidRDefault="000122CF">
      <w:r>
        <w:rPr>
          <w:b/>
        </w:rPr>
        <w:t>00:08:38,286 --&gt; 00:08:51,616 [Christine Brugger (Moderatorin)]</w:t>
      </w:r>
    </w:p>
    <w:p w14:paraId="2701AE48" w14:textId="77777777" w:rsidR="005526BC" w:rsidRDefault="000122CF">
      <w:proofErr w:type="spellStart"/>
      <w:r>
        <w:lastRenderedPageBreak/>
        <w:t>Diese</w:t>
      </w:r>
      <w:proofErr w:type="spellEnd"/>
      <w:r>
        <w:t xml:space="preserve"> </w:t>
      </w:r>
      <w:proofErr w:type="spellStart"/>
      <w:r>
        <w:t>Daten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 </w:t>
      </w:r>
      <w:proofErr w:type="spellStart"/>
      <w:r>
        <w:t>wichtig</w:t>
      </w:r>
      <w:proofErr w:type="spellEnd"/>
      <w:r>
        <w:t xml:space="preserve">. Die </w:t>
      </w:r>
      <w:proofErr w:type="spellStart"/>
      <w:r>
        <w:t>Messungen</w:t>
      </w:r>
      <w:proofErr w:type="spellEnd"/>
      <w:r>
        <w:t xml:space="preserve"> und, </w:t>
      </w:r>
      <w:proofErr w:type="spellStart"/>
      <w:r>
        <w:t>äh</w:t>
      </w:r>
      <w:proofErr w:type="spellEnd"/>
      <w:r>
        <w:t xml:space="preserve">, </w:t>
      </w:r>
      <w:proofErr w:type="spellStart"/>
      <w:r>
        <w:t>Beobachtungen</w:t>
      </w:r>
      <w:proofErr w:type="spellEnd"/>
      <w:r>
        <w:t xml:space="preserve"> </w:t>
      </w:r>
      <w:proofErr w:type="spellStart"/>
      <w:r>
        <w:t>halten</w:t>
      </w:r>
      <w:proofErr w:type="spellEnd"/>
      <w:r>
        <w:t xml:space="preserve"> die Dynamik </w:t>
      </w:r>
      <w:proofErr w:type="spellStart"/>
      <w:r>
        <w:t>aber</w:t>
      </w:r>
      <w:proofErr w:type="spellEnd"/>
      <w:r>
        <w:t xml:space="preserve"> nicht auf. Sie </w:t>
      </w:r>
      <w:proofErr w:type="spellStart"/>
      <w:r>
        <w:t>haben</w:t>
      </w:r>
      <w:proofErr w:type="spellEnd"/>
      <w:r>
        <w:t xml:space="preserve"> </w:t>
      </w:r>
      <w:proofErr w:type="spellStart"/>
      <w:r>
        <w:t>eben</w:t>
      </w:r>
      <w:proofErr w:type="spellEnd"/>
      <w:r>
        <w:t xml:space="preserve"> von Anpassungsmöglichkeiten </w:t>
      </w:r>
      <w:proofErr w:type="spellStart"/>
      <w:r>
        <w:t>gesprochen</w:t>
      </w:r>
      <w:proofErr w:type="spellEnd"/>
      <w:r>
        <w:t xml:space="preserve">. Was </w:t>
      </w:r>
      <w:proofErr w:type="spellStart"/>
      <w:r>
        <w:t>kann</w:t>
      </w:r>
      <w:proofErr w:type="spellEnd"/>
      <w:r>
        <w:t xml:space="preserve"> der Mensch tun? </w:t>
      </w:r>
    </w:p>
    <w:p w14:paraId="0687D4C2" w14:textId="77777777" w:rsidR="005526BC" w:rsidRDefault="005526BC"/>
    <w:p w14:paraId="23F9BD5E" w14:textId="77777777" w:rsidR="005526BC" w:rsidRDefault="000122CF">
      <w:r>
        <w:rPr>
          <w:b/>
        </w:rPr>
        <w:t xml:space="preserve">00:08:52,776 --&gt; 00:09:46,836 [Ingo </w:t>
      </w:r>
      <w:proofErr w:type="spellStart"/>
      <w:r>
        <w:rPr>
          <w:b/>
        </w:rPr>
        <w:t>Hartmeier</w:t>
      </w:r>
      <w:proofErr w:type="spellEnd"/>
      <w:r>
        <w:rPr>
          <w:b/>
        </w:rPr>
        <w:t xml:space="preserve"> (Gast) ]</w:t>
      </w:r>
    </w:p>
    <w:p w14:paraId="3EE27D0A" w14:textId="77777777" w:rsidR="005526BC" w:rsidRDefault="000122CF">
      <w:r>
        <w:t xml:space="preserve">Also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Messung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Monitoring </w:t>
      </w:r>
      <w:proofErr w:type="spellStart"/>
      <w:r>
        <w:t>eines</w:t>
      </w:r>
      <w:proofErr w:type="spellEnd"/>
      <w:r>
        <w:t xml:space="preserve"> </w:t>
      </w:r>
      <w:proofErr w:type="spellStart"/>
      <w:r>
        <w:t>Prozesses</w:t>
      </w:r>
      <w:proofErr w:type="spellEnd"/>
      <w:r>
        <w:t xml:space="preserve"> per se </w:t>
      </w:r>
      <w:proofErr w:type="spellStart"/>
      <w:r>
        <w:t>ist</w:t>
      </w:r>
      <w:proofErr w:type="spellEnd"/>
      <w:r>
        <w:t xml:space="preserve"> </w:t>
      </w:r>
      <w:proofErr w:type="spellStart"/>
      <w:r>
        <w:t>noch</w:t>
      </w:r>
      <w:proofErr w:type="spellEnd"/>
      <w:r>
        <w:t xml:space="preserve"> </w:t>
      </w:r>
      <w:proofErr w:type="spellStart"/>
      <w:r>
        <w:t>keine</w:t>
      </w:r>
      <w:proofErr w:type="spellEnd"/>
      <w:r>
        <w:t xml:space="preserve"> Anpassungsmaßnahme. </w:t>
      </w:r>
      <w:proofErr w:type="spellStart"/>
      <w:r>
        <w:t>Äh</w:t>
      </w:r>
      <w:proofErr w:type="spellEnd"/>
      <w:r>
        <w:t xml:space="preserve">, </w:t>
      </w:r>
      <w:proofErr w:type="spellStart"/>
      <w:r>
        <w:t>mit</w:t>
      </w:r>
      <w:proofErr w:type="spellEnd"/>
      <w:r>
        <w:t xml:space="preserve"> der </w:t>
      </w:r>
      <w:proofErr w:type="spellStart"/>
      <w:r>
        <w:t>Messung</w:t>
      </w:r>
      <w:proofErr w:type="spellEnd"/>
      <w:r>
        <w:t xml:space="preserve"> </w:t>
      </w:r>
      <w:proofErr w:type="spellStart"/>
      <w:r>
        <w:t>versuchen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zuerst</w:t>
      </w:r>
      <w:proofErr w:type="spellEnd"/>
      <w:r>
        <w:t xml:space="preserve"> </w:t>
      </w:r>
      <w:proofErr w:type="spellStart"/>
      <w:r>
        <w:t>einmal</w:t>
      </w:r>
      <w:proofErr w:type="spellEnd"/>
      <w:r>
        <w:t xml:space="preserve">, den </w:t>
      </w:r>
      <w:proofErr w:type="spellStart"/>
      <w:r>
        <w:t>Prozess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verstehen und auf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soliden</w:t>
      </w:r>
      <w:proofErr w:type="spellEnd"/>
      <w:r>
        <w:t xml:space="preserve">, </w:t>
      </w:r>
      <w:proofErr w:type="spellStart"/>
      <w:r>
        <w:t>fundierten</w:t>
      </w:r>
      <w:proofErr w:type="spellEnd"/>
      <w:r>
        <w:t xml:space="preserve"> </w:t>
      </w:r>
      <w:proofErr w:type="spellStart"/>
      <w:r>
        <w:t>Prozessverständnis</w:t>
      </w:r>
      <w:proofErr w:type="spellEnd"/>
      <w:r>
        <w:t xml:space="preserve"> </w:t>
      </w:r>
      <w:proofErr w:type="spellStart"/>
      <w:r>
        <w:t>können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dann</w:t>
      </w:r>
      <w:proofErr w:type="spellEnd"/>
      <w:r>
        <w:t xml:space="preserve"> </w:t>
      </w:r>
      <w:proofErr w:type="spellStart"/>
      <w:r>
        <w:t>unsere</w:t>
      </w:r>
      <w:proofErr w:type="spellEnd"/>
      <w:r>
        <w:t xml:space="preserve"> </w:t>
      </w:r>
      <w:proofErr w:type="spellStart"/>
      <w:r>
        <w:t>Anpassungsmaßnahmen</w:t>
      </w:r>
      <w:proofErr w:type="spellEnd"/>
      <w:r>
        <w:t xml:space="preserve"> </w:t>
      </w:r>
      <w:proofErr w:type="spellStart"/>
      <w:r>
        <w:t>aufbauen</w:t>
      </w:r>
      <w:proofErr w:type="spellEnd"/>
      <w:r>
        <w:t xml:space="preserve">. Das </w:t>
      </w:r>
      <w:proofErr w:type="spellStart"/>
      <w:r>
        <w:t>heißt</w:t>
      </w:r>
      <w:proofErr w:type="spellEnd"/>
      <w:r>
        <w:t xml:space="preserve">, </w:t>
      </w:r>
      <w:proofErr w:type="spellStart"/>
      <w:r>
        <w:t>wenn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unsere</w:t>
      </w:r>
      <w:proofErr w:type="spellEnd"/>
      <w:r>
        <w:t xml:space="preserve"> </w:t>
      </w:r>
      <w:proofErr w:type="spellStart"/>
      <w:r>
        <w:t>Resilienz</w:t>
      </w:r>
      <w:proofErr w:type="spellEnd"/>
      <w:r>
        <w:t xml:space="preserve">, </w:t>
      </w:r>
      <w:proofErr w:type="spellStart"/>
      <w:r>
        <w:t>unsere</w:t>
      </w:r>
      <w:proofErr w:type="spellEnd"/>
      <w:r>
        <w:t xml:space="preserve"> </w:t>
      </w:r>
      <w:proofErr w:type="spellStart"/>
      <w:r>
        <w:t>Widerstandsfähigkeit</w:t>
      </w:r>
      <w:proofErr w:type="spellEnd"/>
      <w:r>
        <w:t xml:space="preserve"> </w:t>
      </w:r>
      <w:proofErr w:type="spellStart"/>
      <w:r>
        <w:t>gegenüber</w:t>
      </w:r>
      <w:proofErr w:type="spellEnd"/>
      <w:r>
        <w:t xml:space="preserve"> den </w:t>
      </w:r>
      <w:proofErr w:type="spellStart"/>
      <w:r>
        <w:t>Klimawandelfolgen</w:t>
      </w:r>
      <w:proofErr w:type="spellEnd"/>
      <w:r>
        <w:t xml:space="preserve"> </w:t>
      </w:r>
      <w:proofErr w:type="spellStart"/>
      <w:r>
        <w:t>erhöhen</w:t>
      </w:r>
      <w:proofErr w:type="spellEnd"/>
      <w:r>
        <w:t xml:space="preserve"> </w:t>
      </w:r>
      <w:proofErr w:type="spellStart"/>
      <w:r>
        <w:t>wollen</w:t>
      </w:r>
      <w:proofErr w:type="spellEnd"/>
      <w:r>
        <w:t xml:space="preserve">, und das </w:t>
      </w:r>
      <w:proofErr w:type="spellStart"/>
      <w:r>
        <w:t>müssen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Laufe</w:t>
      </w:r>
      <w:proofErr w:type="spellEnd"/>
      <w:r>
        <w:t xml:space="preserve"> der </w:t>
      </w:r>
      <w:proofErr w:type="spellStart"/>
      <w:r>
        <w:t>nächsten</w:t>
      </w:r>
      <w:proofErr w:type="spellEnd"/>
      <w:r>
        <w:t xml:space="preserve"> Jahre und </w:t>
      </w:r>
      <w:proofErr w:type="spellStart"/>
      <w:r>
        <w:t>Jahrzehnte</w:t>
      </w:r>
      <w:proofErr w:type="spellEnd"/>
      <w:r>
        <w:t xml:space="preserve"> </w:t>
      </w:r>
      <w:proofErr w:type="spellStart"/>
      <w:r>
        <w:t>definitiv</w:t>
      </w:r>
      <w:proofErr w:type="spellEnd"/>
      <w:r>
        <w:t xml:space="preserve"> tun, </w:t>
      </w:r>
      <w:proofErr w:type="spellStart"/>
      <w:r>
        <w:t>dann</w:t>
      </w:r>
      <w:proofErr w:type="spellEnd"/>
      <w:r>
        <w:t xml:space="preserve"> </w:t>
      </w:r>
      <w:proofErr w:type="spellStart"/>
      <w:r>
        <w:t>braucht</w:t>
      </w:r>
      <w:proofErr w:type="spellEnd"/>
      <w:r>
        <w:t xml:space="preserve"> es </w:t>
      </w:r>
      <w:proofErr w:type="spellStart"/>
      <w:r>
        <w:t>zuallererst</w:t>
      </w:r>
      <w:proofErr w:type="spellEnd"/>
      <w:r>
        <w:t xml:space="preserve"> </w:t>
      </w:r>
      <w:proofErr w:type="spellStart"/>
      <w:r>
        <w:t>einmal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genaues</w:t>
      </w:r>
      <w:proofErr w:type="spellEnd"/>
      <w:r>
        <w:t xml:space="preserve"> </w:t>
      </w:r>
      <w:proofErr w:type="spellStart"/>
      <w:r>
        <w:t>Verständnis</w:t>
      </w:r>
      <w:proofErr w:type="spellEnd"/>
      <w:r>
        <w:t xml:space="preserve"> der </w:t>
      </w:r>
      <w:proofErr w:type="spellStart"/>
      <w:r>
        <w:t>wirkenden</w:t>
      </w:r>
      <w:proofErr w:type="spellEnd"/>
      <w:r>
        <w:t xml:space="preserve"> </w:t>
      </w:r>
      <w:proofErr w:type="spellStart"/>
      <w:r>
        <w:t>Prozesse</w:t>
      </w:r>
      <w:proofErr w:type="spellEnd"/>
      <w:r>
        <w:t xml:space="preserve">. Und </w:t>
      </w:r>
      <w:proofErr w:type="spellStart"/>
      <w:r>
        <w:t>dafür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Monitoringmaßnahmen</w:t>
      </w:r>
      <w:proofErr w:type="spellEnd"/>
      <w:r>
        <w:t xml:space="preserve">, </w:t>
      </w:r>
      <w:proofErr w:type="spellStart"/>
      <w:r>
        <w:t>wie</w:t>
      </w:r>
      <w:proofErr w:type="spellEnd"/>
      <w:r>
        <w:t xml:space="preserve"> </w:t>
      </w:r>
      <w:proofErr w:type="spellStart"/>
      <w:r>
        <w:t>zum</w:t>
      </w:r>
      <w:proofErr w:type="spellEnd"/>
      <w:r>
        <w:t xml:space="preserve"> </w:t>
      </w:r>
      <w:proofErr w:type="spellStart"/>
      <w:r>
        <w:t>Beispiel</w:t>
      </w:r>
      <w:proofErr w:type="spellEnd"/>
      <w:r>
        <w:t xml:space="preserve"> </w:t>
      </w:r>
      <w:proofErr w:type="spellStart"/>
      <w:r>
        <w:t>Permafrostbohrlöcher</w:t>
      </w:r>
      <w:proofErr w:type="spellEnd"/>
      <w:r>
        <w:t xml:space="preserve">, so </w:t>
      </w:r>
      <w:proofErr w:type="spellStart"/>
      <w:r>
        <w:t>wichtig</w:t>
      </w:r>
      <w:proofErr w:type="spellEnd"/>
      <w:r>
        <w:t xml:space="preserve">. Das </w:t>
      </w:r>
      <w:proofErr w:type="spellStart"/>
      <w:r>
        <w:t>Permafrostbohrloch</w:t>
      </w:r>
      <w:proofErr w:type="spellEnd"/>
      <w:r>
        <w:t xml:space="preserve"> </w:t>
      </w:r>
      <w:proofErr w:type="spellStart"/>
      <w:r>
        <w:t>selbst</w:t>
      </w:r>
      <w:proofErr w:type="spellEnd"/>
      <w:r>
        <w:t xml:space="preserve">, um das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klar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sagen</w:t>
      </w:r>
      <w:proofErr w:type="spellEnd"/>
      <w:r>
        <w:t xml:space="preserve">, </w:t>
      </w:r>
      <w:proofErr w:type="spellStart"/>
      <w:r>
        <w:t>verhindert</w:t>
      </w:r>
      <w:proofErr w:type="spellEnd"/>
      <w:r>
        <w:t xml:space="preserve"> </w:t>
      </w:r>
      <w:proofErr w:type="spellStart"/>
      <w:r>
        <w:t>keinen</w:t>
      </w:r>
      <w:proofErr w:type="spellEnd"/>
      <w:r>
        <w:t xml:space="preserve"> </w:t>
      </w:r>
      <w:proofErr w:type="spellStart"/>
      <w:r>
        <w:t>Steinschlag</w:t>
      </w:r>
      <w:proofErr w:type="spellEnd"/>
      <w:r>
        <w:t xml:space="preserve">. Das </w:t>
      </w:r>
      <w:proofErr w:type="spellStart"/>
      <w:r>
        <w:t>verhindert</w:t>
      </w:r>
      <w:proofErr w:type="spellEnd"/>
      <w:r>
        <w:t xml:space="preserve"> </w:t>
      </w:r>
      <w:proofErr w:type="spellStart"/>
      <w:r>
        <w:t>keine</w:t>
      </w:r>
      <w:proofErr w:type="spellEnd"/>
      <w:r>
        <w:t xml:space="preserve"> </w:t>
      </w:r>
      <w:proofErr w:type="spellStart"/>
      <w:r>
        <w:t>Absenkbewegung</w:t>
      </w:r>
      <w:proofErr w:type="spellEnd"/>
      <w:r>
        <w:t xml:space="preserve"> </w:t>
      </w:r>
      <w:proofErr w:type="spellStart"/>
      <w:r>
        <w:t>einer</w:t>
      </w:r>
      <w:proofErr w:type="spellEnd"/>
      <w:r>
        <w:t xml:space="preserve"> Hütte. Aber es </w:t>
      </w:r>
      <w:proofErr w:type="spellStart"/>
      <w:r>
        <w:t>gibt</w:t>
      </w:r>
      <w:proofErr w:type="spellEnd"/>
      <w:r>
        <w:t xml:space="preserve"> </w:t>
      </w:r>
      <w:proofErr w:type="spellStart"/>
      <w:r>
        <w:t>uns</w:t>
      </w:r>
      <w:proofErr w:type="spellEnd"/>
      <w:r>
        <w:t xml:space="preserve"> </w:t>
      </w:r>
      <w:proofErr w:type="spellStart"/>
      <w:r>
        <w:t>grundsätzlich</w:t>
      </w:r>
      <w:proofErr w:type="spellEnd"/>
      <w:r>
        <w:t xml:space="preserve"> die Chance, </w:t>
      </w:r>
      <w:proofErr w:type="spellStart"/>
      <w:r>
        <w:t>Zeitskalen</w:t>
      </w:r>
      <w:proofErr w:type="spellEnd"/>
      <w:r>
        <w:t xml:space="preserve"> </w:t>
      </w:r>
      <w:proofErr w:type="spellStart"/>
      <w:r>
        <w:t>festzulegen</w:t>
      </w:r>
      <w:proofErr w:type="spellEnd"/>
      <w:r>
        <w:t xml:space="preserve">, </w:t>
      </w:r>
      <w:proofErr w:type="spellStart"/>
      <w:r>
        <w:t>über</w:t>
      </w:r>
      <w:proofErr w:type="spellEnd"/>
      <w:r>
        <w:t xml:space="preserve"> die </w:t>
      </w:r>
      <w:proofErr w:type="spellStart"/>
      <w:r>
        <w:t>wir</w:t>
      </w:r>
      <w:proofErr w:type="spellEnd"/>
      <w:r>
        <w:t xml:space="preserve"> </w:t>
      </w:r>
      <w:proofErr w:type="spellStart"/>
      <w:r>
        <w:t>reagieren</w:t>
      </w:r>
      <w:proofErr w:type="spellEnd"/>
      <w:r>
        <w:t xml:space="preserve"> </w:t>
      </w:r>
      <w:proofErr w:type="spellStart"/>
      <w:r>
        <w:t>müssen</w:t>
      </w:r>
      <w:proofErr w:type="spellEnd"/>
      <w:r>
        <w:t xml:space="preserve"> und </w:t>
      </w:r>
      <w:proofErr w:type="spellStart"/>
      <w:r>
        <w:t>dann</w:t>
      </w:r>
      <w:proofErr w:type="spellEnd"/>
      <w:r>
        <w:t xml:space="preserve"> </w:t>
      </w:r>
      <w:proofErr w:type="spellStart"/>
      <w:r>
        <w:t>sinnvolle</w:t>
      </w:r>
      <w:proofErr w:type="spellEnd"/>
      <w:r>
        <w:t xml:space="preserve">,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wirtschaftlich</w:t>
      </w:r>
      <w:proofErr w:type="spellEnd"/>
      <w:r>
        <w:t xml:space="preserve"> </w:t>
      </w:r>
      <w:proofErr w:type="spellStart"/>
      <w:r>
        <w:t>sinnvolle</w:t>
      </w:r>
      <w:proofErr w:type="spellEnd"/>
      <w:r>
        <w:t xml:space="preserve"> </w:t>
      </w:r>
      <w:proofErr w:type="spellStart"/>
      <w:r>
        <w:t>Anpassungsmaßnahmen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planen</w:t>
      </w:r>
      <w:proofErr w:type="spellEnd"/>
      <w:r>
        <w:t xml:space="preserve"> und </w:t>
      </w:r>
      <w:proofErr w:type="spellStart"/>
      <w:r>
        <w:t>schlussendlich</w:t>
      </w:r>
      <w:proofErr w:type="spellEnd"/>
      <w:r>
        <w:t xml:space="preserve"> </w:t>
      </w:r>
      <w:proofErr w:type="spellStart"/>
      <w:r>
        <w:t>umzusetzen</w:t>
      </w:r>
      <w:proofErr w:type="spellEnd"/>
      <w:r>
        <w:t xml:space="preserve">. </w:t>
      </w:r>
    </w:p>
    <w:p w14:paraId="11E3C3D3" w14:textId="77777777" w:rsidR="005526BC" w:rsidRDefault="005526BC"/>
    <w:p w14:paraId="69DC2B4C" w14:textId="48049C86" w:rsidR="005526BC" w:rsidRDefault="000122CF">
      <w:r>
        <w:rPr>
          <w:b/>
        </w:rPr>
        <w:t>00:09:46,836 --&gt; 00:09:49,166 (</w:t>
      </w:r>
      <w:r w:rsidR="00F77923">
        <w:rPr>
          <w:b/>
        </w:rPr>
        <w:t>Musik</w:t>
      </w:r>
      <w:r>
        <w:rPr>
          <w:b/>
        </w:rPr>
        <w:t>]</w:t>
      </w:r>
    </w:p>
    <w:p w14:paraId="50A7339D" w14:textId="77777777" w:rsidR="005526BC" w:rsidRDefault="005526BC"/>
    <w:p w14:paraId="3973E720" w14:textId="77777777" w:rsidR="005526BC" w:rsidRDefault="000122CF">
      <w:r>
        <w:rPr>
          <w:b/>
        </w:rPr>
        <w:t>00:09:51,596 --&gt; 00:10:07,156 [Christine Brugger (Moderatorin)]</w:t>
      </w:r>
    </w:p>
    <w:p w14:paraId="2E768F57" w14:textId="77777777" w:rsidR="005526BC" w:rsidRDefault="000122CF">
      <w:proofErr w:type="spellStart"/>
      <w:r>
        <w:t>Szenenwechsel</w:t>
      </w:r>
      <w:proofErr w:type="spellEnd"/>
      <w:r>
        <w:t xml:space="preserve"> auf die </w:t>
      </w:r>
      <w:proofErr w:type="spellStart"/>
      <w:r>
        <w:t>Erzherzog</w:t>
      </w:r>
      <w:proofErr w:type="spellEnd"/>
      <w:r>
        <w:t xml:space="preserve"> Johann Hütte, </w:t>
      </w:r>
      <w:proofErr w:type="spellStart"/>
      <w:r>
        <w:t>im</w:t>
      </w:r>
      <w:proofErr w:type="spellEnd"/>
      <w:r>
        <w:t xml:space="preserve"> </w:t>
      </w:r>
      <w:proofErr w:type="spellStart"/>
      <w:r>
        <w:t>Volksmund</w:t>
      </w:r>
      <w:proofErr w:type="spellEnd"/>
      <w:r>
        <w:t xml:space="preserve"> </w:t>
      </w:r>
      <w:proofErr w:type="spellStart"/>
      <w:r>
        <w:t>Adlersruhe</w:t>
      </w:r>
      <w:proofErr w:type="spellEnd"/>
      <w:r>
        <w:t xml:space="preserve"> </w:t>
      </w:r>
      <w:proofErr w:type="spellStart"/>
      <w:r>
        <w:t>genannt</w:t>
      </w:r>
      <w:proofErr w:type="spellEnd"/>
      <w:r>
        <w:t xml:space="preserve">, und </w:t>
      </w:r>
      <w:proofErr w:type="spellStart"/>
      <w:r>
        <w:t>zu</w:t>
      </w:r>
      <w:proofErr w:type="spellEnd"/>
      <w:r>
        <w:t xml:space="preserve"> </w:t>
      </w:r>
      <w:proofErr w:type="spellStart"/>
      <w:r>
        <w:t>Hüttenwirt</w:t>
      </w:r>
      <w:proofErr w:type="spellEnd"/>
      <w:r>
        <w:t xml:space="preserve"> Toni Riepler. Toni, du </w:t>
      </w:r>
      <w:proofErr w:type="spellStart"/>
      <w:r>
        <w:t>bist</w:t>
      </w:r>
      <w:proofErr w:type="spellEnd"/>
      <w:r>
        <w:t xml:space="preserve"> </w:t>
      </w:r>
      <w:proofErr w:type="spellStart"/>
      <w:r>
        <w:t>seit</w:t>
      </w:r>
      <w:proofErr w:type="spellEnd"/>
      <w:r>
        <w:t xml:space="preserve"> 2017 </w:t>
      </w:r>
      <w:proofErr w:type="spellStart"/>
      <w:r>
        <w:t>Hüttenwirt</w:t>
      </w:r>
      <w:proofErr w:type="spellEnd"/>
      <w:r>
        <w:t xml:space="preserve">. Was </w:t>
      </w:r>
      <w:proofErr w:type="spellStart"/>
      <w:r>
        <w:t>hat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in </w:t>
      </w:r>
      <w:proofErr w:type="spellStart"/>
      <w:r>
        <w:t>dieser</w:t>
      </w:r>
      <w:proofErr w:type="spellEnd"/>
      <w:r>
        <w:t xml:space="preserve"> Zeit, in </w:t>
      </w:r>
      <w:proofErr w:type="spellStart"/>
      <w:r>
        <w:t>diesen</w:t>
      </w:r>
      <w:proofErr w:type="spellEnd"/>
      <w:r>
        <w:t xml:space="preserve"> </w:t>
      </w:r>
      <w:proofErr w:type="spellStart"/>
      <w:r>
        <w:t>neun</w:t>
      </w:r>
      <w:proofErr w:type="spellEnd"/>
      <w:r>
        <w:t xml:space="preserve"> Jahren </w:t>
      </w:r>
      <w:proofErr w:type="spellStart"/>
      <w:r>
        <w:t>verändert</w:t>
      </w:r>
      <w:proofErr w:type="spellEnd"/>
      <w:r>
        <w:t xml:space="preserve">? </w:t>
      </w:r>
    </w:p>
    <w:p w14:paraId="1565D8D8" w14:textId="77777777" w:rsidR="005526BC" w:rsidRDefault="005526BC"/>
    <w:p w14:paraId="7F3CA0F2" w14:textId="77777777" w:rsidR="005526BC" w:rsidRDefault="000122CF">
      <w:r>
        <w:rPr>
          <w:b/>
        </w:rPr>
        <w:t>00:10:07,156 --&gt; 00:11:10,366 [Toni Riepler (Gast)]</w:t>
      </w:r>
    </w:p>
    <w:p w14:paraId="53F752E2" w14:textId="3EE00F7C" w:rsidR="005526BC" w:rsidRDefault="000122CF">
      <w:r>
        <w:t xml:space="preserve">Ja, es hat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oben</w:t>
      </w:r>
      <w:proofErr w:type="spellEnd"/>
      <w:r>
        <w:t xml:space="preserve"> </w:t>
      </w:r>
      <w:proofErr w:type="spellStart"/>
      <w:r>
        <w:t>vieles</w:t>
      </w:r>
      <w:proofErr w:type="spellEnd"/>
      <w:r>
        <w:t xml:space="preserve"> </w:t>
      </w:r>
      <w:proofErr w:type="spellStart"/>
      <w:r>
        <w:t>verändert</w:t>
      </w:r>
      <w:proofErr w:type="spellEnd"/>
      <w:r>
        <w:t xml:space="preserve">. Wenn </w:t>
      </w:r>
      <w:proofErr w:type="spellStart"/>
      <w:r>
        <w:t>wir</w:t>
      </w:r>
      <w:proofErr w:type="spellEnd"/>
      <w:r>
        <w:t xml:space="preserve"> </w:t>
      </w:r>
      <w:proofErr w:type="spellStart"/>
      <w:r>
        <w:t>jetzt</w:t>
      </w:r>
      <w:proofErr w:type="spellEnd"/>
      <w:r>
        <w:t xml:space="preserve"> von der Hütte </w:t>
      </w:r>
      <w:proofErr w:type="spellStart"/>
      <w:r>
        <w:t>selber</w:t>
      </w:r>
      <w:proofErr w:type="spellEnd"/>
      <w:r>
        <w:t xml:space="preserve"> </w:t>
      </w:r>
      <w:proofErr w:type="spellStart"/>
      <w:r>
        <w:t>ausgehen</w:t>
      </w:r>
      <w:proofErr w:type="spellEnd"/>
      <w:r>
        <w:t xml:space="preserve">, von den </w:t>
      </w:r>
      <w:proofErr w:type="spellStart"/>
      <w:r>
        <w:t>Verhältnissen</w:t>
      </w:r>
      <w:proofErr w:type="spellEnd"/>
      <w:r>
        <w:t xml:space="preserve">, </w:t>
      </w:r>
      <w:proofErr w:type="spellStart"/>
      <w:r>
        <w:t>vom</w:t>
      </w:r>
      <w:proofErr w:type="spellEnd"/>
      <w:r>
        <w:t xml:space="preserve"> Klima her, </w:t>
      </w:r>
      <w:proofErr w:type="spellStart"/>
      <w:r>
        <w:t>merkt</w:t>
      </w:r>
      <w:proofErr w:type="spellEnd"/>
      <w:r>
        <w:t xml:space="preserve"> man </w:t>
      </w:r>
      <w:proofErr w:type="spellStart"/>
      <w:r>
        <w:t>schon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es </w:t>
      </w:r>
      <w:proofErr w:type="spellStart"/>
      <w:r>
        <w:t>einfach</w:t>
      </w:r>
      <w:proofErr w:type="spellEnd"/>
      <w:r>
        <w:t xml:space="preserve"> </w:t>
      </w:r>
      <w:proofErr w:type="spellStart"/>
      <w:r>
        <w:t>oben</w:t>
      </w:r>
      <w:proofErr w:type="spellEnd"/>
      <w:r>
        <w:t xml:space="preserve"> immer </w:t>
      </w:r>
      <w:proofErr w:type="spellStart"/>
      <w:r>
        <w:t>wärmer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. </w:t>
      </w:r>
      <w:r w:rsidR="00F77923">
        <w:t>Es</w:t>
      </w:r>
      <w:r>
        <w:t xml:space="preserve"> </w:t>
      </w:r>
      <w:proofErr w:type="spellStart"/>
      <w:r>
        <w:t>gibt</w:t>
      </w:r>
      <w:proofErr w:type="spellEnd"/>
      <w:r>
        <w:t xml:space="preserve"> </w:t>
      </w:r>
      <w:proofErr w:type="spellStart"/>
      <w:r>
        <w:t>weniger</w:t>
      </w:r>
      <w:proofErr w:type="spellEnd"/>
      <w:r>
        <w:t xml:space="preserve"> Schnee </w:t>
      </w:r>
      <w:proofErr w:type="spellStart"/>
      <w:r>
        <w:t>oben</w:t>
      </w:r>
      <w:proofErr w:type="spellEnd"/>
      <w:r>
        <w:t xml:space="preserve">, </w:t>
      </w:r>
      <w:proofErr w:type="spellStart"/>
      <w:r>
        <w:t>weniger</w:t>
      </w:r>
      <w:proofErr w:type="spellEnd"/>
      <w:r>
        <w:t xml:space="preserve"> </w:t>
      </w:r>
      <w:proofErr w:type="spellStart"/>
      <w:r>
        <w:t>Firnfelder</w:t>
      </w:r>
      <w:proofErr w:type="spellEnd"/>
      <w:r>
        <w:t xml:space="preserve">. </w:t>
      </w:r>
      <w:proofErr w:type="spellStart"/>
      <w:r>
        <w:t>Früher</w:t>
      </w:r>
      <w:proofErr w:type="spellEnd"/>
      <w:r>
        <w:t xml:space="preserve"> hat </w:t>
      </w:r>
      <w:proofErr w:type="spellStart"/>
      <w:r>
        <w:t>direkt</w:t>
      </w:r>
      <w:proofErr w:type="spellEnd"/>
      <w:r>
        <w:t xml:space="preserve"> hinter der Hütte, hat nicht das Eis, </w:t>
      </w:r>
      <w:proofErr w:type="spellStart"/>
      <w:r>
        <w:t>aber</w:t>
      </w:r>
      <w:proofErr w:type="spellEnd"/>
      <w:r>
        <w:t xml:space="preserve"> der </w:t>
      </w:r>
      <w:proofErr w:type="spellStart"/>
      <w:r>
        <w:t>Firn</w:t>
      </w:r>
      <w:proofErr w:type="spellEnd"/>
      <w:r>
        <w:t xml:space="preserve"> </w:t>
      </w:r>
      <w:proofErr w:type="spellStart"/>
      <w:r>
        <w:t>angefangen</w:t>
      </w:r>
      <w:proofErr w:type="spellEnd"/>
      <w:r>
        <w:t xml:space="preserve">, also der </w:t>
      </w:r>
      <w:proofErr w:type="spellStart"/>
      <w:r>
        <w:t>mehrjährige</w:t>
      </w:r>
      <w:proofErr w:type="spellEnd"/>
      <w:r>
        <w:t xml:space="preserve"> Schnee, der </w:t>
      </w:r>
      <w:proofErr w:type="spellStart"/>
      <w:r>
        <w:t>dann</w:t>
      </w:r>
      <w:proofErr w:type="spellEnd"/>
      <w:r>
        <w:t xml:space="preserve"> </w:t>
      </w:r>
      <w:proofErr w:type="spellStart"/>
      <w:r>
        <w:t>später</w:t>
      </w:r>
      <w:proofErr w:type="spellEnd"/>
      <w:r>
        <w:t xml:space="preserve"> Eis </w:t>
      </w:r>
      <w:proofErr w:type="spellStart"/>
      <w:r>
        <w:t>bildet</w:t>
      </w:r>
      <w:proofErr w:type="spellEnd"/>
      <w:r>
        <w:t xml:space="preserve">. Also da </w:t>
      </w:r>
      <w:proofErr w:type="spellStart"/>
      <w:r>
        <w:t>ist</w:t>
      </w:r>
      <w:proofErr w:type="spellEnd"/>
      <w:r>
        <w:t xml:space="preserve"> </w:t>
      </w:r>
      <w:proofErr w:type="spellStart"/>
      <w:r>
        <w:t>gleich</w:t>
      </w:r>
      <w:proofErr w:type="spellEnd"/>
      <w:r>
        <w:t xml:space="preserve"> hinter der Hütte quasi </w:t>
      </w:r>
      <w:proofErr w:type="spellStart"/>
      <w:r>
        <w:t>schon</w:t>
      </w:r>
      <w:proofErr w:type="spellEnd"/>
      <w:r>
        <w:t xml:space="preserve"> so </w:t>
      </w:r>
      <w:proofErr w:type="spellStart"/>
      <w:r>
        <w:t>ein</w:t>
      </w:r>
      <w:proofErr w:type="spellEnd"/>
      <w:r>
        <w:t xml:space="preserve"> </w:t>
      </w:r>
      <w:proofErr w:type="spellStart"/>
      <w:r>
        <w:t>Firnfeld</w:t>
      </w:r>
      <w:proofErr w:type="spellEnd"/>
      <w:r>
        <w:t xml:space="preserve"> </w:t>
      </w:r>
      <w:proofErr w:type="spellStart"/>
      <w:r>
        <w:t>gewesen</w:t>
      </w:r>
      <w:proofErr w:type="spellEnd"/>
      <w:r>
        <w:t xml:space="preserve">, wo man </w:t>
      </w:r>
      <w:proofErr w:type="spellStart"/>
      <w:r>
        <w:t>dann</w:t>
      </w:r>
      <w:proofErr w:type="spellEnd"/>
      <w:r>
        <w:t xml:space="preserve"> quasi </w:t>
      </w:r>
      <w:proofErr w:type="spellStart"/>
      <w:r>
        <w:t>Richtung</w:t>
      </w:r>
      <w:proofErr w:type="spellEnd"/>
      <w:r>
        <w:t xml:space="preserve"> Bahnhof, </w:t>
      </w:r>
      <w:proofErr w:type="spellStart"/>
      <w:r>
        <w:t>Richtung</w:t>
      </w:r>
      <w:proofErr w:type="spellEnd"/>
      <w:r>
        <w:t xml:space="preserve"> </w:t>
      </w:r>
      <w:proofErr w:type="spellStart"/>
      <w:r>
        <w:t>Eisleit</w:t>
      </w:r>
      <w:r w:rsidR="00B5343D">
        <w:t>l</w:t>
      </w:r>
      <w:proofErr w:type="spellEnd"/>
      <w:r>
        <w:t xml:space="preserve"> und </w:t>
      </w:r>
      <w:proofErr w:type="spellStart"/>
      <w:r>
        <w:t>dann</w:t>
      </w:r>
      <w:proofErr w:type="spellEnd"/>
      <w:r>
        <w:t xml:space="preserve"> Glockner </w:t>
      </w:r>
      <w:proofErr w:type="spellStart"/>
      <w:r>
        <w:t>aufgebrochen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und </w:t>
      </w:r>
      <w:proofErr w:type="spellStart"/>
      <w:r>
        <w:t>aufgestiegen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. </w:t>
      </w:r>
      <w:proofErr w:type="spellStart"/>
      <w:r>
        <w:t>Jetzt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hinter der Hütte a </w:t>
      </w:r>
      <w:proofErr w:type="spellStart"/>
      <w:r>
        <w:t>komplette</w:t>
      </w:r>
      <w:proofErr w:type="spellEnd"/>
      <w:r>
        <w:t xml:space="preserve"> </w:t>
      </w:r>
      <w:proofErr w:type="spellStart"/>
      <w:r>
        <w:t>Felswüste</w:t>
      </w:r>
      <w:proofErr w:type="spellEnd"/>
      <w:r>
        <w:t xml:space="preserve">. Du </w:t>
      </w:r>
      <w:proofErr w:type="spellStart"/>
      <w:r>
        <w:t>bist</w:t>
      </w:r>
      <w:proofErr w:type="spellEnd"/>
      <w:r>
        <w:t xml:space="preserve"> </w:t>
      </w:r>
      <w:proofErr w:type="spellStart"/>
      <w:r>
        <w:t>eigentlich</w:t>
      </w:r>
      <w:proofErr w:type="spellEnd"/>
      <w:r>
        <w:t xml:space="preserve"> nicht </w:t>
      </w:r>
      <w:proofErr w:type="spellStart"/>
      <w:r>
        <w:t>mehr</w:t>
      </w:r>
      <w:proofErr w:type="spellEnd"/>
      <w:r>
        <w:t xml:space="preserve"> am Eis. Also man </w:t>
      </w:r>
      <w:proofErr w:type="spellStart"/>
      <w:r>
        <w:t>könnte</w:t>
      </w:r>
      <w:proofErr w:type="spellEnd"/>
      <w:r>
        <w:t xml:space="preserve"> </w:t>
      </w:r>
      <w:proofErr w:type="spellStart"/>
      <w:r>
        <w:t>eigentlich</w:t>
      </w:r>
      <w:proofErr w:type="spellEnd"/>
      <w:r>
        <w:t xml:space="preserve"> fast </w:t>
      </w:r>
      <w:proofErr w:type="spellStart"/>
      <w:r>
        <w:t>schon</w:t>
      </w:r>
      <w:proofErr w:type="spellEnd"/>
      <w:r>
        <w:t xml:space="preserve"> den Glockner </w:t>
      </w:r>
      <w:proofErr w:type="spellStart"/>
      <w:r>
        <w:t>eisfrei</w:t>
      </w:r>
      <w:proofErr w:type="spellEnd"/>
      <w:r>
        <w:t xml:space="preserve"> </w:t>
      </w:r>
      <w:proofErr w:type="spellStart"/>
      <w:r>
        <w:t>gehen</w:t>
      </w:r>
      <w:proofErr w:type="spellEnd"/>
      <w:r>
        <w:t xml:space="preserve">. Bis auf </w:t>
      </w:r>
      <w:proofErr w:type="spellStart"/>
      <w:r>
        <w:t>wenige</w:t>
      </w:r>
      <w:proofErr w:type="spellEnd"/>
      <w:r>
        <w:t xml:space="preserve"> </w:t>
      </w:r>
      <w:proofErr w:type="spellStart"/>
      <w:r>
        <w:t>Bereiche</w:t>
      </w:r>
      <w:proofErr w:type="spellEnd"/>
      <w:r>
        <w:t xml:space="preserve"> am </w:t>
      </w:r>
      <w:proofErr w:type="spellStart"/>
      <w:r>
        <w:t>Kö</w:t>
      </w:r>
      <w:r w:rsidR="00B5343D">
        <w:t>dnitzkees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es </w:t>
      </w:r>
      <w:proofErr w:type="spellStart"/>
      <w:r>
        <w:t>im</w:t>
      </w:r>
      <w:proofErr w:type="spellEnd"/>
      <w:r>
        <w:t xml:space="preserve"> </w:t>
      </w:r>
      <w:proofErr w:type="spellStart"/>
      <w:r>
        <w:t>Prinzip</w:t>
      </w:r>
      <w:proofErr w:type="spellEnd"/>
      <w:r>
        <w:t xml:space="preserve"> </w:t>
      </w:r>
      <w:proofErr w:type="spellStart"/>
      <w:r>
        <w:t>schon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Sommer </w:t>
      </w:r>
      <w:proofErr w:type="spellStart"/>
      <w:r>
        <w:t>schon</w:t>
      </w:r>
      <w:proofErr w:type="spellEnd"/>
      <w:r>
        <w:t xml:space="preserve"> </w:t>
      </w:r>
      <w:proofErr w:type="spellStart"/>
      <w:r>
        <w:t>möglich</w:t>
      </w:r>
      <w:proofErr w:type="spellEnd"/>
      <w:r>
        <w:t xml:space="preserve">. Also das hat es </w:t>
      </w:r>
      <w:proofErr w:type="spellStart"/>
      <w:r>
        <w:t>früher</w:t>
      </w:r>
      <w:proofErr w:type="spellEnd"/>
      <w:r>
        <w:t xml:space="preserve"> nicht </w:t>
      </w:r>
      <w:proofErr w:type="spellStart"/>
      <w:r>
        <w:t>gegeben</w:t>
      </w:r>
      <w:proofErr w:type="spellEnd"/>
      <w:r>
        <w:t xml:space="preserve"> und für </w:t>
      </w:r>
      <w:proofErr w:type="spellStart"/>
      <w:r>
        <w:t>uns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natürlich</w:t>
      </w:r>
      <w:proofErr w:type="spellEnd"/>
      <w:r>
        <w:t xml:space="preserve"> das </w:t>
      </w:r>
      <w:proofErr w:type="spellStart"/>
      <w:r>
        <w:t>schon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Riesenveränderung</w:t>
      </w:r>
      <w:proofErr w:type="spellEnd"/>
      <w:r>
        <w:t xml:space="preserve">, </w:t>
      </w:r>
      <w:proofErr w:type="spellStart"/>
      <w:r>
        <w:lastRenderedPageBreak/>
        <w:t>weil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haben</w:t>
      </w:r>
      <w:proofErr w:type="spellEnd"/>
      <w:r>
        <w:t xml:space="preserve"> </w:t>
      </w:r>
      <w:proofErr w:type="spellStart"/>
      <w:r>
        <w:t>oben</w:t>
      </w:r>
      <w:proofErr w:type="spellEnd"/>
      <w:r>
        <w:t xml:space="preserve"> </w:t>
      </w:r>
      <w:proofErr w:type="spellStart"/>
      <w:r>
        <w:t>keine</w:t>
      </w:r>
      <w:proofErr w:type="spellEnd"/>
      <w:r>
        <w:t xml:space="preserve"> Quelle und </w:t>
      </w:r>
      <w:proofErr w:type="spellStart"/>
      <w:r>
        <w:t>nichts</w:t>
      </w:r>
      <w:proofErr w:type="spellEnd"/>
      <w:r>
        <w:t xml:space="preserve">, </w:t>
      </w:r>
      <w:proofErr w:type="spellStart"/>
      <w:r>
        <w:t>gell</w:t>
      </w:r>
      <w:proofErr w:type="spellEnd"/>
      <w:r>
        <w:t xml:space="preserve">. Wir, </w:t>
      </w:r>
      <w:proofErr w:type="spellStart"/>
      <w:r>
        <w:t>wir</w:t>
      </w:r>
      <w:proofErr w:type="spellEnd"/>
      <w:r>
        <w:t xml:space="preserve"> </w:t>
      </w:r>
      <w:proofErr w:type="spellStart"/>
      <w:r>
        <w:t>brauchen</w:t>
      </w:r>
      <w:proofErr w:type="spellEnd"/>
      <w:r>
        <w:t xml:space="preserve"> ja Wasser. Wir tun </w:t>
      </w:r>
      <w:proofErr w:type="spellStart"/>
      <w:r>
        <w:t>eigentlich</w:t>
      </w:r>
      <w:proofErr w:type="spellEnd"/>
      <w:r>
        <w:t xml:space="preserve"> das </w:t>
      </w:r>
      <w:proofErr w:type="spellStart"/>
      <w:r>
        <w:t>Trinkwasser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der </w:t>
      </w:r>
      <w:proofErr w:type="spellStart"/>
      <w:r>
        <w:t>Seilbahn</w:t>
      </w:r>
      <w:proofErr w:type="spellEnd"/>
      <w:r>
        <w:t xml:space="preserve"> </w:t>
      </w:r>
      <w:proofErr w:type="spellStart"/>
      <w:r>
        <w:t>raufliefern</w:t>
      </w:r>
      <w:proofErr w:type="spellEnd"/>
      <w:r>
        <w:t xml:space="preserve"> und das </w:t>
      </w:r>
      <w:proofErr w:type="spellStart"/>
      <w:r>
        <w:t>Brauchwasser</w:t>
      </w:r>
      <w:proofErr w:type="spellEnd"/>
      <w:r>
        <w:t xml:space="preserve">, das </w:t>
      </w:r>
      <w:proofErr w:type="spellStart"/>
      <w:r>
        <w:t>aufbereitet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, das </w:t>
      </w:r>
      <w:proofErr w:type="spellStart"/>
      <w:r>
        <w:t>haben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oben</w:t>
      </w:r>
      <w:proofErr w:type="spellEnd"/>
      <w:r>
        <w:t xml:space="preserve"> quasi </w:t>
      </w:r>
      <w:proofErr w:type="spellStart"/>
      <w:r>
        <w:t>a</w:t>
      </w:r>
      <w:r w:rsidR="00B5343D">
        <w:t>us</w:t>
      </w:r>
      <w:proofErr w:type="spellEnd"/>
      <w:r>
        <w:t xml:space="preserve"> </w:t>
      </w:r>
      <w:proofErr w:type="spellStart"/>
      <w:r>
        <w:t>Schmelzwasser</w:t>
      </w:r>
      <w:proofErr w:type="spellEnd"/>
      <w:r>
        <w:t xml:space="preserve"> </w:t>
      </w:r>
      <w:proofErr w:type="spellStart"/>
      <w:r>
        <w:t>gewonnen</w:t>
      </w:r>
      <w:proofErr w:type="spellEnd"/>
      <w:r>
        <w:t xml:space="preserve">. Und das </w:t>
      </w:r>
      <w:proofErr w:type="spellStart"/>
      <w:r>
        <w:t>ist</w:t>
      </w:r>
      <w:proofErr w:type="spellEnd"/>
      <w:r>
        <w:t xml:space="preserve"> </w:t>
      </w:r>
      <w:proofErr w:type="spellStart"/>
      <w:r>
        <w:t>mittlerweile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Riesenproblem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da </w:t>
      </w:r>
      <w:proofErr w:type="spellStart"/>
      <w:r>
        <w:t>oben</w:t>
      </w:r>
      <w:proofErr w:type="spellEnd"/>
      <w:r>
        <w:t xml:space="preserve"> a Wasser </w:t>
      </w:r>
      <w:proofErr w:type="spellStart"/>
      <w:r>
        <w:t>hinauf</w:t>
      </w:r>
      <w:r w:rsidR="00B5343D">
        <w:t>bringen</w:t>
      </w:r>
      <w:proofErr w:type="spellEnd"/>
      <w:r>
        <w:t xml:space="preserve">. </w:t>
      </w:r>
    </w:p>
    <w:p w14:paraId="52338264" w14:textId="77777777" w:rsidR="005526BC" w:rsidRDefault="005526BC"/>
    <w:p w14:paraId="1D1E0B73" w14:textId="77777777" w:rsidR="005526BC" w:rsidRDefault="000122CF">
      <w:r>
        <w:rPr>
          <w:b/>
        </w:rPr>
        <w:t>00:11:10,366 --&gt; 00:11:14,896 [Christine Brugger (Moderatorin)]</w:t>
      </w:r>
    </w:p>
    <w:p w14:paraId="24A9FB71" w14:textId="77777777" w:rsidR="005526BC" w:rsidRDefault="000122CF">
      <w:r>
        <w:t xml:space="preserve">Wie </w:t>
      </w:r>
      <w:proofErr w:type="spellStart"/>
      <w:r>
        <w:t>schaut's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der </w:t>
      </w:r>
      <w:proofErr w:type="spellStart"/>
      <w:r>
        <w:t>baulichen</w:t>
      </w:r>
      <w:proofErr w:type="spellEnd"/>
      <w:r>
        <w:t xml:space="preserve"> </w:t>
      </w:r>
      <w:proofErr w:type="spellStart"/>
      <w:r>
        <w:t>Substanz</w:t>
      </w:r>
      <w:proofErr w:type="spellEnd"/>
      <w:r>
        <w:t xml:space="preserve"> der Hütte </w:t>
      </w:r>
      <w:proofErr w:type="spellStart"/>
      <w:r>
        <w:t>aus</w:t>
      </w:r>
      <w:proofErr w:type="spellEnd"/>
      <w:r>
        <w:t xml:space="preserve">? Was </w:t>
      </w:r>
      <w:proofErr w:type="spellStart"/>
      <w:r>
        <w:t>sagt</w:t>
      </w:r>
      <w:proofErr w:type="spellEnd"/>
      <w:r>
        <w:t xml:space="preserve"> die </w:t>
      </w:r>
      <w:proofErr w:type="spellStart"/>
      <w:r>
        <w:t>zur</w:t>
      </w:r>
      <w:proofErr w:type="spellEnd"/>
      <w:r>
        <w:t xml:space="preserve"> </w:t>
      </w:r>
      <w:proofErr w:type="spellStart"/>
      <w:r>
        <w:t>Erwärmung</w:t>
      </w:r>
      <w:proofErr w:type="spellEnd"/>
      <w:r>
        <w:t xml:space="preserve">? </w:t>
      </w:r>
    </w:p>
    <w:p w14:paraId="281FEE87" w14:textId="77777777" w:rsidR="005526BC" w:rsidRDefault="005526BC"/>
    <w:p w14:paraId="6C0E67AA" w14:textId="77777777" w:rsidR="005526BC" w:rsidRDefault="000122CF">
      <w:r>
        <w:rPr>
          <w:b/>
        </w:rPr>
        <w:t>00:11:16,196 --&gt; 00:12:00,615 [Toni Riepler (Gast)]</w:t>
      </w:r>
    </w:p>
    <w:p w14:paraId="7FABCE8E" w14:textId="1C0C3618" w:rsidR="005526BC" w:rsidRDefault="000122CF">
      <w:r>
        <w:t xml:space="preserve">Ja, die Hütte </w:t>
      </w:r>
      <w:proofErr w:type="spellStart"/>
      <w:r>
        <w:t>bewegt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extrem</w:t>
      </w:r>
      <w:proofErr w:type="spellEnd"/>
      <w:r>
        <w:t xml:space="preserve"> und </w:t>
      </w:r>
      <w:proofErr w:type="spellStart"/>
      <w:r>
        <w:t>tendenziell</w:t>
      </w:r>
      <w:proofErr w:type="spellEnd"/>
      <w:r>
        <w:t xml:space="preserve"> in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Richtung</w:t>
      </w:r>
      <w:proofErr w:type="spellEnd"/>
      <w:r>
        <w:t xml:space="preserve">,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unten</w:t>
      </w:r>
      <w:proofErr w:type="spellEnd"/>
      <w:r>
        <w:t xml:space="preserve">. Und </w:t>
      </w:r>
      <w:proofErr w:type="spellStart"/>
      <w:r>
        <w:t>dadurch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die Hütte </w:t>
      </w:r>
      <w:proofErr w:type="spellStart"/>
      <w:r>
        <w:t>eben</w:t>
      </w:r>
      <w:proofErr w:type="spellEnd"/>
      <w:r>
        <w:t xml:space="preserve"> auf </w:t>
      </w:r>
      <w:proofErr w:type="spellStart"/>
      <w:r>
        <w:t>teilweise</w:t>
      </w:r>
      <w:proofErr w:type="spellEnd"/>
      <w:r>
        <w:t xml:space="preserve"> auf Fels </w:t>
      </w:r>
      <w:proofErr w:type="spellStart"/>
      <w:r>
        <w:t>gebaut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, </w:t>
      </w:r>
      <w:proofErr w:type="spellStart"/>
      <w:r>
        <w:t>teilweise</w:t>
      </w:r>
      <w:proofErr w:type="spellEnd"/>
      <w:r>
        <w:t xml:space="preserve"> </w:t>
      </w:r>
      <w:proofErr w:type="spellStart"/>
      <w:r>
        <w:t>dann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Fundamenten</w:t>
      </w:r>
      <w:proofErr w:type="spellEnd"/>
      <w:r>
        <w:t xml:space="preserve"> </w:t>
      </w:r>
      <w:proofErr w:type="spellStart"/>
      <w:r>
        <w:t>früher</w:t>
      </w:r>
      <w:proofErr w:type="spellEnd"/>
      <w:r>
        <w:t xml:space="preserve"> </w:t>
      </w:r>
      <w:proofErr w:type="spellStart"/>
      <w:r>
        <w:t>schon</w:t>
      </w:r>
      <w:proofErr w:type="spellEnd"/>
      <w:r>
        <w:t xml:space="preserve"> </w:t>
      </w:r>
      <w:proofErr w:type="spellStart"/>
      <w:r>
        <w:t>versucht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, gut </w:t>
      </w:r>
      <w:proofErr w:type="spellStart"/>
      <w:r>
        <w:t>zu</w:t>
      </w:r>
      <w:proofErr w:type="spellEnd"/>
      <w:r>
        <w:t xml:space="preserve">, </w:t>
      </w:r>
      <w:proofErr w:type="spellStart"/>
      <w:r>
        <w:t>zu</w:t>
      </w:r>
      <w:proofErr w:type="spellEnd"/>
      <w:r>
        <w:t xml:space="preserve"> </w:t>
      </w:r>
      <w:proofErr w:type="spellStart"/>
      <w:r>
        <w:t>fundamentieren</w:t>
      </w:r>
      <w:proofErr w:type="spellEnd"/>
      <w:r>
        <w:t xml:space="preserve">, </w:t>
      </w:r>
      <w:proofErr w:type="spellStart"/>
      <w:r>
        <w:t>gibt</w:t>
      </w:r>
      <w:proofErr w:type="spellEnd"/>
      <w:r>
        <w:t xml:space="preserve"> es </w:t>
      </w:r>
      <w:proofErr w:type="spellStart"/>
      <w:r>
        <w:t>ein</w:t>
      </w:r>
      <w:proofErr w:type="spellEnd"/>
      <w:r>
        <w:t xml:space="preserve"> </w:t>
      </w:r>
      <w:proofErr w:type="spellStart"/>
      <w:r>
        <w:t>paar</w:t>
      </w:r>
      <w:proofErr w:type="spellEnd"/>
      <w:r>
        <w:t xml:space="preserve"> </w:t>
      </w:r>
      <w:proofErr w:type="spellStart"/>
      <w:r>
        <w:t>Punkte</w:t>
      </w:r>
      <w:proofErr w:type="spellEnd"/>
      <w:r>
        <w:t xml:space="preserve">, wo </w:t>
      </w:r>
      <w:proofErr w:type="spellStart"/>
      <w:r>
        <w:t>sie</w:t>
      </w:r>
      <w:proofErr w:type="spellEnd"/>
      <w:r>
        <w:t xml:space="preserve"> </w:t>
      </w:r>
      <w:proofErr w:type="spellStart"/>
      <w:r>
        <w:t>eigentlich</w:t>
      </w:r>
      <w:proofErr w:type="spellEnd"/>
      <w:r>
        <w:t xml:space="preserve"> gut </w:t>
      </w:r>
      <w:proofErr w:type="spellStart"/>
      <w:r>
        <w:t>aufliegt</w:t>
      </w:r>
      <w:proofErr w:type="spellEnd"/>
      <w:r w:rsidR="00B5343D">
        <w:t>.</w:t>
      </w:r>
      <w:r>
        <w:t xml:space="preserve"> </w:t>
      </w:r>
      <w:r w:rsidR="00B5343D">
        <w:t>A</w:t>
      </w:r>
      <w:r>
        <w:t xml:space="preserve">ber </w:t>
      </w:r>
      <w:proofErr w:type="spellStart"/>
      <w:r>
        <w:t>dazwischen</w:t>
      </w:r>
      <w:proofErr w:type="spellEnd"/>
      <w:r w:rsidR="00B5343D">
        <w:t>,</w:t>
      </w:r>
      <w:r>
        <w:t xml:space="preserve"> </w:t>
      </w:r>
      <w:proofErr w:type="spellStart"/>
      <w:r>
        <w:t>drinnen</w:t>
      </w:r>
      <w:proofErr w:type="spellEnd"/>
      <w:r>
        <w:t xml:space="preserve"> und </w:t>
      </w:r>
      <w:proofErr w:type="spellStart"/>
      <w:r>
        <w:t>teilweise</w:t>
      </w:r>
      <w:proofErr w:type="spellEnd"/>
      <w:r>
        <w:t xml:space="preserve"> </w:t>
      </w:r>
      <w:proofErr w:type="spellStart"/>
      <w:r w:rsidR="00B5343D">
        <w:t>ostseitig</w:t>
      </w:r>
      <w:proofErr w:type="spellEnd"/>
      <w:r>
        <w:t xml:space="preserve">, </w:t>
      </w:r>
      <w:proofErr w:type="spellStart"/>
      <w:r>
        <w:t>gibt</w:t>
      </w:r>
      <w:proofErr w:type="spellEnd"/>
      <w:r>
        <w:t xml:space="preserve"> es </w:t>
      </w:r>
      <w:proofErr w:type="spellStart"/>
      <w:r>
        <w:t>Bereiche</w:t>
      </w:r>
      <w:proofErr w:type="spellEnd"/>
      <w:r>
        <w:t xml:space="preserve">, wo </w:t>
      </w:r>
      <w:proofErr w:type="spellStart"/>
      <w:r>
        <w:t>Permafrostbereiche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, das </w:t>
      </w:r>
      <w:proofErr w:type="spellStart"/>
      <w:r>
        <w:t>jetzt</w:t>
      </w:r>
      <w:proofErr w:type="spellEnd"/>
      <w:r>
        <w:t xml:space="preserve"> quasi </w:t>
      </w:r>
      <w:proofErr w:type="spellStart"/>
      <w:r>
        <w:t>dann</w:t>
      </w:r>
      <w:proofErr w:type="spellEnd"/>
      <w:r>
        <w:t xml:space="preserve"> </w:t>
      </w:r>
      <w:proofErr w:type="spellStart"/>
      <w:r>
        <w:t>auftaut</w:t>
      </w:r>
      <w:proofErr w:type="spellEnd"/>
      <w:r>
        <w:t xml:space="preserve"> und </w:t>
      </w:r>
      <w:proofErr w:type="spellStart"/>
      <w:r>
        <w:t>dann</w:t>
      </w:r>
      <w:proofErr w:type="spellEnd"/>
      <w:r>
        <w:t xml:space="preserve"> </w:t>
      </w:r>
      <w:proofErr w:type="spellStart"/>
      <w:r>
        <w:t>einsackt</w:t>
      </w:r>
      <w:proofErr w:type="spellEnd"/>
      <w:r>
        <w:t xml:space="preserve"> und die Hütte </w:t>
      </w:r>
      <w:proofErr w:type="spellStart"/>
      <w:r>
        <w:t>bewegt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massiv</w:t>
      </w:r>
      <w:proofErr w:type="spellEnd"/>
      <w:r>
        <w:t xml:space="preserve">, also </w:t>
      </w:r>
      <w:proofErr w:type="spellStart"/>
      <w:r>
        <w:t>im</w:t>
      </w:r>
      <w:proofErr w:type="spellEnd"/>
      <w:r>
        <w:t xml:space="preserve"> </w:t>
      </w:r>
      <w:proofErr w:type="spellStart"/>
      <w:r>
        <w:t>Zentimeterbereich</w:t>
      </w:r>
      <w:proofErr w:type="spellEnd"/>
      <w:r>
        <w:t xml:space="preserve"> </w:t>
      </w:r>
      <w:proofErr w:type="spellStart"/>
      <w:r>
        <w:t>sackt</w:t>
      </w:r>
      <w:proofErr w:type="spellEnd"/>
      <w:r>
        <w:t xml:space="preserve"> die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hinten</w:t>
      </w:r>
      <w:proofErr w:type="spellEnd"/>
      <w:r>
        <w:t xml:space="preserve"> </w:t>
      </w:r>
      <w:proofErr w:type="spellStart"/>
      <w:r>
        <w:t>zusammen</w:t>
      </w:r>
      <w:proofErr w:type="spellEnd"/>
      <w:r>
        <w:t xml:space="preserve">. Man </w:t>
      </w:r>
      <w:proofErr w:type="spellStart"/>
      <w:r>
        <w:t>kennt</w:t>
      </w:r>
      <w:proofErr w:type="spellEnd"/>
      <w:r>
        <w:t xml:space="preserve"> es </w:t>
      </w:r>
      <w:proofErr w:type="spellStart"/>
      <w:r>
        <w:t>zum</w:t>
      </w:r>
      <w:proofErr w:type="spellEnd"/>
      <w:r>
        <w:t xml:space="preserve"> </w:t>
      </w:r>
      <w:proofErr w:type="spellStart"/>
      <w:r>
        <w:t>Beispiel</w:t>
      </w:r>
      <w:proofErr w:type="spellEnd"/>
      <w:r>
        <w:t xml:space="preserve"> </w:t>
      </w:r>
      <w:proofErr w:type="spellStart"/>
      <w:r>
        <w:t>oben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Türstöcken</w:t>
      </w:r>
      <w:proofErr w:type="spellEnd"/>
      <w:r>
        <w:t xml:space="preserve">, die </w:t>
      </w:r>
      <w:proofErr w:type="spellStart"/>
      <w:r>
        <w:t>neunzig</w:t>
      </w:r>
      <w:proofErr w:type="spellEnd"/>
      <w:r>
        <w:t xml:space="preserve">, </w:t>
      </w:r>
      <w:proofErr w:type="spellStart"/>
      <w:r>
        <w:t>neunzig</w:t>
      </w:r>
      <w:proofErr w:type="spellEnd"/>
      <w:r>
        <w:t xml:space="preserve"> </w:t>
      </w:r>
      <w:proofErr w:type="spellStart"/>
      <w:r>
        <w:t>Zentimeter</w:t>
      </w:r>
      <w:proofErr w:type="spellEnd"/>
      <w:r>
        <w:t xml:space="preserve"> </w:t>
      </w:r>
      <w:proofErr w:type="spellStart"/>
      <w:r>
        <w:t>Durchgangsbreite</w:t>
      </w:r>
      <w:proofErr w:type="spellEnd"/>
      <w:r>
        <w:t xml:space="preserve"> </w:t>
      </w:r>
      <w:proofErr w:type="spellStart"/>
      <w:r>
        <w:t>haben</w:t>
      </w:r>
      <w:proofErr w:type="spellEnd"/>
      <w:r>
        <w:t xml:space="preserve">, da fallen </w:t>
      </w:r>
      <w:proofErr w:type="spellStart"/>
      <w:r>
        <w:t>sie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Türstock</w:t>
      </w:r>
      <w:proofErr w:type="spellEnd"/>
      <w:r>
        <w:t xml:space="preserve"> </w:t>
      </w:r>
      <w:proofErr w:type="spellStart"/>
      <w:r>
        <w:t>drei</w:t>
      </w:r>
      <w:proofErr w:type="spellEnd"/>
      <w:r>
        <w:t xml:space="preserve"> </w:t>
      </w:r>
      <w:proofErr w:type="spellStart"/>
      <w:r>
        <w:t>Zentimeter</w:t>
      </w:r>
      <w:proofErr w:type="spellEnd"/>
      <w:r>
        <w:t xml:space="preserve"> </w:t>
      </w:r>
      <w:proofErr w:type="spellStart"/>
      <w:r>
        <w:t>Höhenunterschied</w:t>
      </w:r>
      <w:proofErr w:type="spellEnd"/>
      <w:r>
        <w:t xml:space="preserve"> auf die </w:t>
      </w:r>
      <w:proofErr w:type="spellStart"/>
      <w:r>
        <w:t>neunzig</w:t>
      </w:r>
      <w:proofErr w:type="spellEnd"/>
      <w:r>
        <w:t xml:space="preserve">. Das </w:t>
      </w:r>
      <w:proofErr w:type="spellStart"/>
      <w:r>
        <w:t>ist</w:t>
      </w:r>
      <w:proofErr w:type="spellEnd"/>
      <w:r>
        <w:t xml:space="preserve"> </w:t>
      </w:r>
      <w:proofErr w:type="spellStart"/>
      <w:r>
        <w:t>schon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freiem</w:t>
      </w:r>
      <w:proofErr w:type="spellEnd"/>
      <w:r>
        <w:t xml:space="preserve"> Auge gut </w:t>
      </w:r>
      <w:proofErr w:type="spellStart"/>
      <w:r>
        <w:t>erkennbar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das Ganze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bewegt</w:t>
      </w:r>
      <w:proofErr w:type="spellEnd"/>
      <w:r>
        <w:t>, ja.</w:t>
      </w:r>
    </w:p>
    <w:p w14:paraId="7D2009B4" w14:textId="77777777" w:rsidR="005526BC" w:rsidRDefault="005526BC"/>
    <w:p w14:paraId="512142CA" w14:textId="77777777" w:rsidR="005526BC" w:rsidRDefault="000122CF">
      <w:r>
        <w:rPr>
          <w:b/>
        </w:rPr>
        <w:t>00:12:01,844 --&gt; 00:12:05,983 [Christine Brugger (Moderatorin)]</w:t>
      </w:r>
    </w:p>
    <w:p w14:paraId="040C17BA" w14:textId="77777777" w:rsidR="005526BC" w:rsidRDefault="000122CF">
      <w:r>
        <w:t xml:space="preserve">Was </w:t>
      </w:r>
      <w:proofErr w:type="spellStart"/>
      <w:r>
        <w:t>kann</w:t>
      </w:r>
      <w:proofErr w:type="spellEnd"/>
      <w:r>
        <w:t xml:space="preserve"> man </w:t>
      </w:r>
      <w:proofErr w:type="spellStart"/>
      <w:r>
        <w:t>dagegen</w:t>
      </w:r>
      <w:proofErr w:type="spellEnd"/>
      <w:r>
        <w:t xml:space="preserve"> tun? Wie </w:t>
      </w:r>
      <w:proofErr w:type="spellStart"/>
      <w:r>
        <w:t>geht</w:t>
      </w:r>
      <w:proofErr w:type="spellEnd"/>
      <w:r>
        <w:t xml:space="preserve"> </w:t>
      </w:r>
      <w:proofErr w:type="spellStart"/>
      <w:r>
        <w:t>ihr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dieser</w:t>
      </w:r>
      <w:proofErr w:type="spellEnd"/>
      <w:r>
        <w:t xml:space="preserve"> </w:t>
      </w:r>
      <w:proofErr w:type="spellStart"/>
      <w:r>
        <w:t>Herausforderung</w:t>
      </w:r>
      <w:proofErr w:type="spellEnd"/>
      <w:r>
        <w:t xml:space="preserve"> um? </w:t>
      </w:r>
    </w:p>
    <w:p w14:paraId="5EF6F3F7" w14:textId="77777777" w:rsidR="005526BC" w:rsidRDefault="005526BC"/>
    <w:p w14:paraId="42FA29D1" w14:textId="77777777" w:rsidR="005526BC" w:rsidRDefault="000122CF">
      <w:r>
        <w:rPr>
          <w:b/>
        </w:rPr>
        <w:t>00:12:07,124 --&gt; 00:13:00,684 [Toni Riepler (Gast)]</w:t>
      </w:r>
    </w:p>
    <w:p w14:paraId="1222FDA9" w14:textId="77777777" w:rsidR="005526BC" w:rsidRDefault="000122CF">
      <w:r>
        <w:t xml:space="preserve">Ja, man </w:t>
      </w:r>
      <w:proofErr w:type="spellStart"/>
      <w:r>
        <w:t>kann</w:t>
      </w:r>
      <w:proofErr w:type="spellEnd"/>
      <w:r>
        <w:t xml:space="preserve"> </w:t>
      </w:r>
      <w:proofErr w:type="spellStart"/>
      <w:r>
        <w:t>dagegen</w:t>
      </w:r>
      <w:proofErr w:type="spellEnd"/>
      <w:r>
        <w:t xml:space="preserve"> </w:t>
      </w:r>
      <w:proofErr w:type="spellStart"/>
      <w:r>
        <w:t>natürlich</w:t>
      </w:r>
      <w:proofErr w:type="spellEnd"/>
      <w:r>
        <w:t xml:space="preserve"> </w:t>
      </w:r>
      <w:proofErr w:type="spellStart"/>
      <w:r>
        <w:t>schon</w:t>
      </w:r>
      <w:proofErr w:type="spellEnd"/>
      <w:r>
        <w:t xml:space="preserve"> was tun, </w:t>
      </w:r>
      <w:proofErr w:type="spellStart"/>
      <w:r>
        <w:t>äh</w:t>
      </w:r>
      <w:proofErr w:type="spellEnd"/>
      <w:r>
        <w:t xml:space="preserve">, </w:t>
      </w:r>
      <w:proofErr w:type="spellStart"/>
      <w:r>
        <w:t>aber</w:t>
      </w:r>
      <w:proofErr w:type="spellEnd"/>
      <w:r>
        <w:t xml:space="preserve"> das </w:t>
      </w:r>
      <w:proofErr w:type="spellStart"/>
      <w:r>
        <w:t>kostet</w:t>
      </w:r>
      <w:proofErr w:type="spellEnd"/>
      <w:r>
        <w:t xml:space="preserve"> </w:t>
      </w:r>
      <w:proofErr w:type="spellStart"/>
      <w:r>
        <w:t>natürlich</w:t>
      </w:r>
      <w:proofErr w:type="spellEnd"/>
      <w:r>
        <w:t xml:space="preserve"> </w:t>
      </w:r>
      <w:proofErr w:type="spellStart"/>
      <w:r>
        <w:t>sehr</w:t>
      </w:r>
      <w:proofErr w:type="spellEnd"/>
      <w:r>
        <w:t xml:space="preserve"> </w:t>
      </w:r>
      <w:proofErr w:type="spellStart"/>
      <w:r>
        <w:t>viel</w:t>
      </w:r>
      <w:proofErr w:type="spellEnd"/>
      <w:r>
        <w:t xml:space="preserve"> Geld und der </w:t>
      </w:r>
      <w:proofErr w:type="spellStart"/>
      <w:r>
        <w:t>österreichische</w:t>
      </w:r>
      <w:proofErr w:type="spellEnd"/>
      <w:r>
        <w:t xml:space="preserve"> </w:t>
      </w:r>
      <w:proofErr w:type="spellStart"/>
      <w:r>
        <w:t>Alpenclub</w:t>
      </w:r>
      <w:proofErr w:type="spellEnd"/>
      <w:r>
        <w:t xml:space="preserve"> hat da quasi </w:t>
      </w:r>
      <w:proofErr w:type="spellStart"/>
      <w:r>
        <w:t>letztes</w:t>
      </w:r>
      <w:proofErr w:type="spellEnd"/>
      <w:r>
        <w:t xml:space="preserve"> Jahr </w:t>
      </w:r>
      <w:proofErr w:type="spellStart"/>
      <w:r>
        <w:t>begonnen</w:t>
      </w:r>
      <w:proofErr w:type="spellEnd"/>
      <w:r>
        <w:t xml:space="preserve">, </w:t>
      </w:r>
      <w:proofErr w:type="spellStart"/>
      <w:r>
        <w:t>eben</w:t>
      </w:r>
      <w:proofErr w:type="spellEnd"/>
      <w:r>
        <w:t xml:space="preserve">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Fundamentierung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verbessern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Tiefenbohrungen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man die </w:t>
      </w:r>
      <w:proofErr w:type="spellStart"/>
      <w:r>
        <w:t>ganze</w:t>
      </w:r>
      <w:proofErr w:type="spellEnd"/>
      <w:r>
        <w:t xml:space="preserve"> Hütte auf, auf so </w:t>
      </w:r>
      <w:proofErr w:type="spellStart"/>
      <w:r>
        <w:t>druck</w:t>
      </w:r>
      <w:proofErr w:type="spellEnd"/>
      <w:r>
        <w:t xml:space="preserve">- und </w:t>
      </w:r>
      <w:proofErr w:type="spellStart"/>
      <w:r>
        <w:t>zugfeste</w:t>
      </w:r>
      <w:proofErr w:type="spellEnd"/>
      <w:r>
        <w:t xml:space="preserve"> Anker </w:t>
      </w:r>
      <w:proofErr w:type="spellStart"/>
      <w:r>
        <w:t>stellt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man </w:t>
      </w:r>
      <w:proofErr w:type="spellStart"/>
      <w:r>
        <w:t>runterbohrt</w:t>
      </w:r>
      <w:proofErr w:type="spellEnd"/>
      <w:r>
        <w:t xml:space="preserve"> bis in den </w:t>
      </w:r>
      <w:proofErr w:type="spellStart"/>
      <w:r>
        <w:t>gewachsenen</w:t>
      </w:r>
      <w:proofErr w:type="spellEnd"/>
      <w:r>
        <w:t xml:space="preserve"> Fels und </w:t>
      </w:r>
      <w:proofErr w:type="spellStart"/>
      <w:r>
        <w:t>versucht</w:t>
      </w:r>
      <w:proofErr w:type="spellEnd"/>
      <w:r>
        <w:t xml:space="preserve">, </w:t>
      </w:r>
      <w:proofErr w:type="spellStart"/>
      <w:r>
        <w:t>dann</w:t>
      </w:r>
      <w:proofErr w:type="spellEnd"/>
      <w:r>
        <w:t xml:space="preserve"> </w:t>
      </w:r>
      <w:proofErr w:type="spellStart"/>
      <w:r>
        <w:t>wirklich</w:t>
      </w:r>
      <w:proofErr w:type="spellEnd"/>
      <w:r>
        <w:t xml:space="preserve"> </w:t>
      </w:r>
      <w:proofErr w:type="spellStart"/>
      <w:r>
        <w:t>dauerhaft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Standfestigkeit</w:t>
      </w:r>
      <w:proofErr w:type="spellEnd"/>
      <w:r>
        <w:t xml:space="preserve"> </w:t>
      </w:r>
      <w:proofErr w:type="spellStart"/>
      <w:r>
        <w:t>herzustellen</w:t>
      </w:r>
      <w:proofErr w:type="spellEnd"/>
      <w:r>
        <w:t xml:space="preserve">. </w:t>
      </w:r>
      <w:proofErr w:type="spellStart"/>
      <w:r>
        <w:t>Kostet</w:t>
      </w:r>
      <w:proofErr w:type="spellEnd"/>
      <w:r>
        <w:t xml:space="preserve"> </w:t>
      </w:r>
      <w:proofErr w:type="spellStart"/>
      <w:r>
        <w:t>natürlich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Vermögen</w:t>
      </w:r>
      <w:proofErr w:type="spellEnd"/>
      <w:r>
        <w:t xml:space="preserve"> </w:t>
      </w:r>
      <w:proofErr w:type="spellStart"/>
      <w:r>
        <w:t>alles</w:t>
      </w:r>
      <w:proofErr w:type="spellEnd"/>
      <w:r>
        <w:t xml:space="preserve"> </w:t>
      </w:r>
      <w:proofErr w:type="spellStart"/>
      <w:r>
        <w:t>zusammen</w:t>
      </w:r>
      <w:proofErr w:type="spellEnd"/>
      <w:r>
        <w:t xml:space="preserve"> und </w:t>
      </w:r>
      <w:proofErr w:type="spellStart"/>
      <w:r>
        <w:t>ist</w:t>
      </w:r>
      <w:proofErr w:type="spellEnd"/>
      <w:r>
        <w:t xml:space="preserve"> </w:t>
      </w:r>
      <w:proofErr w:type="spellStart"/>
      <w:r>
        <w:t>baulich</w:t>
      </w:r>
      <w:proofErr w:type="spellEnd"/>
      <w:r>
        <w:t xml:space="preserve"> </w:t>
      </w:r>
      <w:proofErr w:type="spellStart"/>
      <w:r>
        <w:t>sehr</w:t>
      </w:r>
      <w:proofErr w:type="spellEnd"/>
      <w:r>
        <w:t xml:space="preserve"> </w:t>
      </w:r>
      <w:proofErr w:type="spellStart"/>
      <w:r>
        <w:t>aufwendig</w:t>
      </w:r>
      <w:proofErr w:type="spellEnd"/>
      <w:r>
        <w:t xml:space="preserve"> </w:t>
      </w:r>
      <w:proofErr w:type="spellStart"/>
      <w:r>
        <w:t>zum</w:t>
      </w:r>
      <w:proofErr w:type="spellEnd"/>
      <w:r>
        <w:t xml:space="preserve"> </w:t>
      </w:r>
      <w:proofErr w:type="spellStart"/>
      <w:r>
        <w:t>Bauen</w:t>
      </w:r>
      <w:proofErr w:type="spellEnd"/>
      <w:r>
        <w:t xml:space="preserve">, </w:t>
      </w:r>
      <w:proofErr w:type="spellStart"/>
      <w:r>
        <w:t>weil</w:t>
      </w:r>
      <w:proofErr w:type="spellEnd"/>
      <w:r>
        <w:t xml:space="preserve"> </w:t>
      </w:r>
      <w:proofErr w:type="spellStart"/>
      <w:r>
        <w:t>oben</w:t>
      </w:r>
      <w:proofErr w:type="spellEnd"/>
      <w:r>
        <w:t xml:space="preserve"> </w:t>
      </w:r>
      <w:proofErr w:type="spellStart"/>
      <w:r>
        <w:t>Baumaterial</w:t>
      </w:r>
      <w:proofErr w:type="spellEnd"/>
      <w:r>
        <w:t xml:space="preserve"> </w:t>
      </w:r>
      <w:proofErr w:type="spellStart"/>
      <w:r>
        <w:t>selber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Prinzip</w:t>
      </w:r>
      <w:proofErr w:type="spellEnd"/>
      <w:r>
        <w:t xml:space="preserve"> </w:t>
      </w:r>
      <w:proofErr w:type="spellStart"/>
      <w:r>
        <w:t>nur</w:t>
      </w:r>
      <w:proofErr w:type="spellEnd"/>
      <w:r>
        <w:t xml:space="preserve"> </w:t>
      </w:r>
      <w:proofErr w:type="spellStart"/>
      <w:r>
        <w:t>durch</w:t>
      </w:r>
      <w:proofErr w:type="spellEnd"/>
      <w:r>
        <w:t xml:space="preserve"> </w:t>
      </w:r>
      <w:proofErr w:type="spellStart"/>
      <w:r>
        <w:t>Hubschrauber</w:t>
      </w:r>
      <w:proofErr w:type="spellEnd"/>
      <w:r>
        <w:t xml:space="preserve"> </w:t>
      </w:r>
      <w:proofErr w:type="spellStart"/>
      <w:r>
        <w:t>raufgeflogen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kann</w:t>
      </w:r>
      <w:proofErr w:type="spellEnd"/>
      <w:r>
        <w:t xml:space="preserve">. Die </w:t>
      </w:r>
      <w:proofErr w:type="spellStart"/>
      <w:r>
        <w:t>Seilbahn</w:t>
      </w:r>
      <w:proofErr w:type="spellEnd"/>
      <w:r>
        <w:t xml:space="preserve"> </w:t>
      </w:r>
      <w:proofErr w:type="spellStart"/>
      <w:r>
        <w:t>schafft</w:t>
      </w:r>
      <w:proofErr w:type="spellEnd"/>
      <w:r>
        <w:t xml:space="preserve"> das nicht, die </w:t>
      </w:r>
      <w:proofErr w:type="spellStart"/>
      <w:r>
        <w:t>ist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zweihundert</w:t>
      </w:r>
      <w:proofErr w:type="spellEnd"/>
      <w:r>
        <w:t xml:space="preserve"> Kilo </w:t>
      </w:r>
      <w:proofErr w:type="spellStart"/>
      <w:r>
        <w:t>limitiert</w:t>
      </w:r>
      <w:proofErr w:type="spellEnd"/>
      <w:r>
        <w:t xml:space="preserve"> und </w:t>
      </w:r>
      <w:proofErr w:type="spellStart"/>
      <w:r>
        <w:t>Baumaterial</w:t>
      </w:r>
      <w:proofErr w:type="spellEnd"/>
      <w:r>
        <w:t xml:space="preserve"> </w:t>
      </w:r>
      <w:proofErr w:type="spellStart"/>
      <w:r>
        <w:t>kann</w:t>
      </w:r>
      <w:proofErr w:type="spellEnd"/>
      <w:r>
        <w:t xml:space="preserve"> da, </w:t>
      </w:r>
      <w:proofErr w:type="spellStart"/>
      <w:r>
        <w:t>kann</w:t>
      </w:r>
      <w:proofErr w:type="spellEnd"/>
      <w:r>
        <w:t xml:space="preserve"> da nicht </w:t>
      </w:r>
      <w:proofErr w:type="spellStart"/>
      <w:r>
        <w:t>viel</w:t>
      </w:r>
      <w:proofErr w:type="spellEnd"/>
      <w:r>
        <w:t xml:space="preserve"> </w:t>
      </w:r>
      <w:proofErr w:type="spellStart"/>
      <w:r>
        <w:t>transportiert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. Wie </w:t>
      </w:r>
      <w:proofErr w:type="spellStart"/>
      <w:r>
        <w:t>gesagt</w:t>
      </w:r>
      <w:proofErr w:type="spellEnd"/>
      <w:r>
        <w:t xml:space="preserve">, die </w:t>
      </w:r>
      <w:proofErr w:type="spellStart"/>
      <w:r>
        <w:t>Bauzeiten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 </w:t>
      </w:r>
      <w:proofErr w:type="spellStart"/>
      <w:r>
        <w:t>begrenzt</w:t>
      </w:r>
      <w:proofErr w:type="spellEnd"/>
      <w:r>
        <w:t xml:space="preserve"> auf </w:t>
      </w:r>
      <w:proofErr w:type="spellStart"/>
      <w:r>
        <w:t>wenige</w:t>
      </w:r>
      <w:proofErr w:type="spellEnd"/>
      <w:r>
        <w:t xml:space="preserve"> </w:t>
      </w:r>
      <w:proofErr w:type="spellStart"/>
      <w:r>
        <w:t>Wochen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Sommer, wo das </w:t>
      </w:r>
      <w:proofErr w:type="spellStart"/>
      <w:r>
        <w:t>dann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zum</w:t>
      </w:r>
      <w:proofErr w:type="spellEnd"/>
      <w:r>
        <w:t xml:space="preserve"> </w:t>
      </w:r>
      <w:proofErr w:type="spellStart"/>
      <w:r>
        <w:t>Arbeiten</w:t>
      </w:r>
      <w:proofErr w:type="spellEnd"/>
      <w:r>
        <w:t xml:space="preserve"> </w:t>
      </w:r>
      <w:proofErr w:type="spellStart"/>
      <w:r>
        <w:t>geht</w:t>
      </w:r>
      <w:proofErr w:type="spellEnd"/>
      <w:r>
        <w:t xml:space="preserve">. Brutal </w:t>
      </w:r>
      <w:proofErr w:type="spellStart"/>
      <w:r>
        <w:t>schwierig</w:t>
      </w:r>
      <w:proofErr w:type="spellEnd"/>
      <w:r>
        <w:t xml:space="preserve"> </w:t>
      </w:r>
      <w:proofErr w:type="spellStart"/>
      <w:r>
        <w:t>zum</w:t>
      </w:r>
      <w:proofErr w:type="spellEnd"/>
      <w:r>
        <w:t xml:space="preserve"> </w:t>
      </w:r>
      <w:proofErr w:type="spellStart"/>
      <w:r>
        <w:t>Arbeiten</w:t>
      </w:r>
      <w:proofErr w:type="spellEnd"/>
      <w:r>
        <w:t xml:space="preserve"> in der </w:t>
      </w:r>
      <w:proofErr w:type="spellStart"/>
      <w:r>
        <w:t>Höhe</w:t>
      </w:r>
      <w:proofErr w:type="spellEnd"/>
      <w:r>
        <w:t xml:space="preserve"> </w:t>
      </w:r>
      <w:proofErr w:type="spellStart"/>
      <w:r>
        <w:t>natürlich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den Witterungseinflüssen, </w:t>
      </w:r>
      <w:proofErr w:type="spellStart"/>
      <w:r>
        <w:t>mit</w:t>
      </w:r>
      <w:proofErr w:type="spellEnd"/>
      <w:r>
        <w:t xml:space="preserve"> der </w:t>
      </w:r>
      <w:proofErr w:type="spellStart"/>
      <w:r>
        <w:t>Höhe</w:t>
      </w:r>
      <w:proofErr w:type="spellEnd"/>
      <w:r>
        <w:t xml:space="preserve"> </w:t>
      </w:r>
      <w:proofErr w:type="spellStart"/>
      <w:r>
        <w:t>selber</w:t>
      </w:r>
      <w:proofErr w:type="spellEnd"/>
      <w:r>
        <w:t xml:space="preserve">. Und du </w:t>
      </w:r>
      <w:proofErr w:type="spellStart"/>
      <w:r>
        <w:t>brauchst</w:t>
      </w:r>
      <w:proofErr w:type="spellEnd"/>
      <w:r>
        <w:t xml:space="preserve"> </w:t>
      </w:r>
      <w:proofErr w:type="spellStart"/>
      <w:r>
        <w:t>einfach</w:t>
      </w:r>
      <w:proofErr w:type="spellEnd"/>
      <w:r>
        <w:t xml:space="preserve"> </w:t>
      </w:r>
      <w:proofErr w:type="spellStart"/>
      <w:r>
        <w:t>Spezialisten</w:t>
      </w:r>
      <w:proofErr w:type="spellEnd"/>
      <w:r>
        <w:t xml:space="preserve">, die das </w:t>
      </w:r>
      <w:proofErr w:type="spellStart"/>
      <w:r>
        <w:t>können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. </w:t>
      </w:r>
    </w:p>
    <w:p w14:paraId="636A01DA" w14:textId="77777777" w:rsidR="005526BC" w:rsidRDefault="005526BC"/>
    <w:p w14:paraId="74D5F0A4" w14:textId="77777777" w:rsidR="005526BC" w:rsidRDefault="000122CF">
      <w:r>
        <w:rPr>
          <w:b/>
        </w:rPr>
        <w:t>00:13:00,684 --&gt; 00:13:05,104 [Christine Brugger (Moderatorin)]</w:t>
      </w:r>
    </w:p>
    <w:p w14:paraId="4E7DCBB9" w14:textId="77777777" w:rsidR="005526BC" w:rsidRDefault="000122CF">
      <w:r>
        <w:t xml:space="preserve">Viel Geld </w:t>
      </w:r>
      <w:proofErr w:type="spellStart"/>
      <w:r>
        <w:t>bedeutet</w:t>
      </w:r>
      <w:proofErr w:type="spellEnd"/>
      <w:r>
        <w:t xml:space="preserve"> ja </w:t>
      </w:r>
      <w:proofErr w:type="spellStart"/>
      <w:r>
        <w:t>auch</w:t>
      </w:r>
      <w:proofErr w:type="spellEnd"/>
      <w:r>
        <w:t xml:space="preserve">, </w:t>
      </w:r>
      <w:proofErr w:type="spellStart"/>
      <w:r>
        <w:t>irgendwo</w:t>
      </w:r>
      <w:proofErr w:type="spellEnd"/>
      <w:r>
        <w:t xml:space="preserve"> muss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Refinanzierung</w:t>
      </w:r>
      <w:proofErr w:type="spellEnd"/>
      <w:r>
        <w:t xml:space="preserve"> </w:t>
      </w:r>
      <w:proofErr w:type="spellStart"/>
      <w:r>
        <w:t>herkommen</w:t>
      </w:r>
      <w:proofErr w:type="spellEnd"/>
      <w:r>
        <w:t xml:space="preserve">. </w:t>
      </w:r>
    </w:p>
    <w:p w14:paraId="4AFD53B2" w14:textId="77777777" w:rsidR="005526BC" w:rsidRDefault="005526BC"/>
    <w:p w14:paraId="7380A52F" w14:textId="77777777" w:rsidR="005526BC" w:rsidRDefault="000122CF">
      <w:r>
        <w:rPr>
          <w:b/>
        </w:rPr>
        <w:t>00:13:06,204 --&gt; 00:14:08,744 [Toni Riepler (Gast)]</w:t>
      </w:r>
    </w:p>
    <w:p w14:paraId="294DEDE4" w14:textId="2613E022" w:rsidR="005526BC" w:rsidRDefault="000122CF">
      <w:r>
        <w:t xml:space="preserve">Ja, die </w:t>
      </w:r>
      <w:proofErr w:type="spellStart"/>
      <w:r>
        <w:t>alpinen</w:t>
      </w:r>
      <w:proofErr w:type="spellEnd"/>
      <w:r>
        <w:t xml:space="preserve"> </w:t>
      </w:r>
      <w:proofErr w:type="spellStart"/>
      <w:r>
        <w:t>Vereine</w:t>
      </w:r>
      <w:proofErr w:type="spellEnd"/>
      <w:r>
        <w:t xml:space="preserve">, also </w:t>
      </w:r>
      <w:proofErr w:type="spellStart"/>
      <w:r>
        <w:t>Alpenverein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Bekanntes</w:t>
      </w:r>
      <w:r w:rsidR="00B5343D">
        <w:t>ter</w:t>
      </w:r>
      <w:proofErr w:type="spellEnd"/>
      <w:r>
        <w:t xml:space="preserve">, die </w:t>
      </w:r>
      <w:proofErr w:type="spellStart"/>
      <w:r>
        <w:t>Naturfreunde</w:t>
      </w:r>
      <w:proofErr w:type="spellEnd"/>
      <w:r>
        <w:t xml:space="preserve">, der </w:t>
      </w:r>
      <w:proofErr w:type="spellStart"/>
      <w:r>
        <w:t>österreichische</w:t>
      </w:r>
      <w:proofErr w:type="spellEnd"/>
      <w:r>
        <w:t xml:space="preserve"> </w:t>
      </w:r>
      <w:proofErr w:type="spellStart"/>
      <w:r>
        <w:t>Touristenclub</w:t>
      </w:r>
      <w:proofErr w:type="spellEnd"/>
      <w:r>
        <w:t xml:space="preserve"> und </w:t>
      </w:r>
      <w:proofErr w:type="spellStart"/>
      <w:r>
        <w:t>eben</w:t>
      </w:r>
      <w:proofErr w:type="spellEnd"/>
      <w:r>
        <w:t xml:space="preserve"> der </w:t>
      </w:r>
      <w:proofErr w:type="spellStart"/>
      <w:r>
        <w:t>Hüttenbesitzer</w:t>
      </w:r>
      <w:proofErr w:type="spellEnd"/>
      <w:r>
        <w:t xml:space="preserve"> da, also der </w:t>
      </w:r>
      <w:proofErr w:type="spellStart"/>
      <w:r>
        <w:t>österreichische</w:t>
      </w:r>
      <w:proofErr w:type="spellEnd"/>
      <w:r>
        <w:t xml:space="preserve"> </w:t>
      </w:r>
      <w:proofErr w:type="spellStart"/>
      <w:r>
        <w:t>Alpenclub</w:t>
      </w:r>
      <w:proofErr w:type="spellEnd"/>
      <w:r>
        <w:t xml:space="preserve">, die </w:t>
      </w:r>
      <w:proofErr w:type="spellStart"/>
      <w:r>
        <w:t>haben</w:t>
      </w:r>
      <w:proofErr w:type="spellEnd"/>
      <w:r>
        <w:t xml:space="preserve"> </w:t>
      </w:r>
      <w:proofErr w:type="spellStart"/>
      <w:r>
        <w:t>natürlich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bisschen</w:t>
      </w:r>
      <w:proofErr w:type="spellEnd"/>
      <w:r>
        <w:t xml:space="preserve"> so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Auftrag</w:t>
      </w:r>
      <w:proofErr w:type="spellEnd"/>
      <w:r>
        <w:t xml:space="preserve">, alpine </w:t>
      </w:r>
      <w:proofErr w:type="spellStart"/>
      <w:r>
        <w:t>Infrastruktur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erhalten</w:t>
      </w:r>
      <w:proofErr w:type="spellEnd"/>
      <w:r>
        <w:t xml:space="preserve">, nicht </w:t>
      </w:r>
      <w:proofErr w:type="spellStart"/>
      <w:r>
        <w:t>nur</w:t>
      </w:r>
      <w:proofErr w:type="spellEnd"/>
      <w:r>
        <w:t xml:space="preserve"> die </w:t>
      </w:r>
      <w:proofErr w:type="spellStart"/>
      <w:r>
        <w:t>Hütten</w:t>
      </w:r>
      <w:proofErr w:type="spellEnd"/>
      <w:r>
        <w:t xml:space="preserve">, </w:t>
      </w:r>
      <w:proofErr w:type="spellStart"/>
      <w:r>
        <w:t>auch</w:t>
      </w:r>
      <w:proofErr w:type="spellEnd"/>
      <w:r>
        <w:t xml:space="preserve"> die Wege und so </w:t>
      </w:r>
      <w:proofErr w:type="spellStart"/>
      <w:r>
        <w:t>weiter</w:t>
      </w:r>
      <w:proofErr w:type="spellEnd"/>
      <w:r>
        <w:t xml:space="preserve">. Und die </w:t>
      </w:r>
      <w:proofErr w:type="spellStart"/>
      <w:r>
        <w:t>nehmen</w:t>
      </w:r>
      <w:proofErr w:type="spellEnd"/>
      <w:r>
        <w:t xml:space="preserve"> </w:t>
      </w:r>
      <w:proofErr w:type="spellStart"/>
      <w:r>
        <w:t>natürlich</w:t>
      </w:r>
      <w:proofErr w:type="spellEnd"/>
      <w:r>
        <w:t xml:space="preserve"> </w:t>
      </w:r>
      <w:proofErr w:type="spellStart"/>
      <w:r>
        <w:t>sehr</w:t>
      </w:r>
      <w:proofErr w:type="spellEnd"/>
      <w:r>
        <w:t xml:space="preserve"> </w:t>
      </w:r>
      <w:proofErr w:type="spellStart"/>
      <w:r>
        <w:t>viel</w:t>
      </w:r>
      <w:proofErr w:type="spellEnd"/>
      <w:r>
        <w:t xml:space="preserve"> </w:t>
      </w:r>
      <w:proofErr w:type="spellStart"/>
      <w:r>
        <w:t>Herzblut</w:t>
      </w:r>
      <w:proofErr w:type="spellEnd"/>
      <w:r>
        <w:t xml:space="preserve">, Geld in die Hand von den </w:t>
      </w:r>
      <w:proofErr w:type="spellStart"/>
      <w:r>
        <w:t>Mitgliedsbeiträgen</w:t>
      </w:r>
      <w:proofErr w:type="spellEnd"/>
      <w:r>
        <w:t xml:space="preserve">, von </w:t>
      </w:r>
      <w:proofErr w:type="spellStart"/>
      <w:r>
        <w:t>Förderungen</w:t>
      </w:r>
      <w:proofErr w:type="spellEnd"/>
      <w:r>
        <w:t xml:space="preserve">, von </w:t>
      </w:r>
      <w:proofErr w:type="spellStart"/>
      <w:r>
        <w:t>Gönnern</w:t>
      </w:r>
      <w:proofErr w:type="spellEnd"/>
      <w:r>
        <w:t xml:space="preserve"> und </w:t>
      </w:r>
      <w:proofErr w:type="spellStart"/>
      <w:r>
        <w:t>natürlich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kleiner</w:t>
      </w:r>
      <w:proofErr w:type="spellEnd"/>
      <w:r>
        <w:t xml:space="preserve"> Teil </w:t>
      </w:r>
      <w:proofErr w:type="spellStart"/>
      <w:r>
        <w:t>auch</w:t>
      </w:r>
      <w:proofErr w:type="spellEnd"/>
      <w:r>
        <w:t xml:space="preserve"> von den </w:t>
      </w:r>
      <w:proofErr w:type="spellStart"/>
      <w:r>
        <w:t>Hüttenwirten</w:t>
      </w:r>
      <w:proofErr w:type="spellEnd"/>
      <w:r>
        <w:t xml:space="preserve"> </w:t>
      </w:r>
      <w:proofErr w:type="spellStart"/>
      <w:r>
        <w:t>durch</w:t>
      </w:r>
      <w:proofErr w:type="spellEnd"/>
      <w:r>
        <w:t xml:space="preserve"> die </w:t>
      </w:r>
      <w:proofErr w:type="spellStart"/>
      <w:r>
        <w:t>Hüttenpacht</w:t>
      </w:r>
      <w:proofErr w:type="spellEnd"/>
      <w:r>
        <w:t xml:space="preserve">, </w:t>
      </w:r>
      <w:proofErr w:type="spellStart"/>
      <w:r>
        <w:t>aber</w:t>
      </w:r>
      <w:proofErr w:type="spellEnd"/>
      <w:r>
        <w:t xml:space="preserve"> </w:t>
      </w:r>
      <w:proofErr w:type="spellStart"/>
      <w:r>
        <w:t>durch</w:t>
      </w:r>
      <w:proofErr w:type="spellEnd"/>
      <w:r>
        <w:t xml:space="preserve"> die </w:t>
      </w:r>
      <w:proofErr w:type="spellStart"/>
      <w:r>
        <w:t>Hüttenpacht</w:t>
      </w:r>
      <w:proofErr w:type="spellEnd"/>
      <w:r>
        <w:t xml:space="preserve"> rein </w:t>
      </w:r>
      <w:proofErr w:type="spellStart"/>
      <w:r>
        <w:t>würde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das </w:t>
      </w:r>
      <w:proofErr w:type="spellStart"/>
      <w:r>
        <w:t>nie</w:t>
      </w:r>
      <w:proofErr w:type="spellEnd"/>
      <w:r>
        <w:t xml:space="preserve"> </w:t>
      </w:r>
      <w:proofErr w:type="spellStart"/>
      <w:r>
        <w:t>ausgehen</w:t>
      </w:r>
      <w:proofErr w:type="spellEnd"/>
      <w:r>
        <w:t xml:space="preserve">. Also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durch</w:t>
      </w:r>
      <w:proofErr w:type="spellEnd"/>
      <w:r>
        <w:t xml:space="preserve"> </w:t>
      </w:r>
      <w:proofErr w:type="spellStart"/>
      <w:r>
        <w:t>meinen</w:t>
      </w:r>
      <w:proofErr w:type="spellEnd"/>
      <w:r>
        <w:t xml:space="preserve"> </w:t>
      </w:r>
      <w:proofErr w:type="spellStart"/>
      <w:r>
        <w:t>Gastrobetrieb</w:t>
      </w:r>
      <w:proofErr w:type="spellEnd"/>
      <w:r>
        <w:t xml:space="preserve"> </w:t>
      </w:r>
      <w:proofErr w:type="spellStart"/>
      <w:r>
        <w:t>oben</w:t>
      </w:r>
      <w:proofErr w:type="spellEnd"/>
      <w:r>
        <w:t xml:space="preserve"> </w:t>
      </w:r>
      <w:proofErr w:type="spellStart"/>
      <w:r>
        <w:t>würde</w:t>
      </w:r>
      <w:proofErr w:type="spellEnd"/>
      <w:r>
        <w:t xml:space="preserve"> ich so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Baustelle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zahlen</w:t>
      </w:r>
      <w:proofErr w:type="spellEnd"/>
      <w:r>
        <w:t xml:space="preserve"> </w:t>
      </w:r>
      <w:proofErr w:type="spellStart"/>
      <w:r>
        <w:t>können</w:t>
      </w:r>
      <w:proofErr w:type="spellEnd"/>
      <w:r>
        <w:t xml:space="preserve">. Also das </w:t>
      </w:r>
      <w:proofErr w:type="spellStart"/>
      <w:r>
        <w:t>geht</w:t>
      </w:r>
      <w:proofErr w:type="spellEnd"/>
      <w:r>
        <w:t xml:space="preserve"> </w:t>
      </w:r>
      <w:proofErr w:type="spellStart"/>
      <w:r>
        <w:t>nur</w:t>
      </w:r>
      <w:proofErr w:type="spellEnd"/>
      <w:r>
        <w:t xml:space="preserve"> </w:t>
      </w:r>
      <w:proofErr w:type="spellStart"/>
      <w:r>
        <w:t>durch</w:t>
      </w:r>
      <w:proofErr w:type="spellEnd"/>
      <w:r>
        <w:t xml:space="preserve"> externe, </w:t>
      </w:r>
      <w:proofErr w:type="spellStart"/>
      <w:r>
        <w:t>viele</w:t>
      </w:r>
      <w:proofErr w:type="spellEnd"/>
      <w:r>
        <w:t xml:space="preserve"> </w:t>
      </w:r>
      <w:proofErr w:type="spellStart"/>
      <w:r>
        <w:t>verschiedene</w:t>
      </w:r>
      <w:proofErr w:type="spellEnd"/>
      <w:r>
        <w:t xml:space="preserve"> </w:t>
      </w:r>
      <w:proofErr w:type="spellStart"/>
      <w:r>
        <w:t>Finanzierungsquellen</w:t>
      </w:r>
      <w:proofErr w:type="spellEnd"/>
      <w:r>
        <w:t xml:space="preserve">. Und </w:t>
      </w:r>
      <w:proofErr w:type="spellStart"/>
      <w:r>
        <w:t>wie</w:t>
      </w:r>
      <w:proofErr w:type="spellEnd"/>
      <w:r>
        <w:t xml:space="preserve"> </w:t>
      </w:r>
      <w:proofErr w:type="spellStart"/>
      <w:r>
        <w:t>gesagt</w:t>
      </w:r>
      <w:proofErr w:type="spellEnd"/>
      <w:r>
        <w:t xml:space="preserve">, da muss man halt </w:t>
      </w:r>
      <w:proofErr w:type="spellStart"/>
      <w:r>
        <w:t>dann</w:t>
      </w:r>
      <w:proofErr w:type="spellEnd"/>
      <w:r>
        <w:t xml:space="preserve"> Jahr für Jahr so </w:t>
      </w:r>
      <w:proofErr w:type="spellStart"/>
      <w:r>
        <w:t>Pläne</w:t>
      </w:r>
      <w:proofErr w:type="spellEnd"/>
      <w:r>
        <w:t xml:space="preserve"> </w:t>
      </w:r>
      <w:proofErr w:type="spellStart"/>
      <w:r>
        <w:t>machen</w:t>
      </w:r>
      <w:proofErr w:type="spellEnd"/>
      <w:r>
        <w:t xml:space="preserve">: Wie </w:t>
      </w:r>
      <w:proofErr w:type="spellStart"/>
      <w:r>
        <w:t>viel</w:t>
      </w:r>
      <w:proofErr w:type="spellEnd"/>
      <w:r>
        <w:t xml:space="preserve"> Geld </w:t>
      </w:r>
      <w:proofErr w:type="spellStart"/>
      <w:r>
        <w:t>kann</w:t>
      </w:r>
      <w:proofErr w:type="spellEnd"/>
      <w:r>
        <w:t xml:space="preserve"> man </w:t>
      </w:r>
      <w:proofErr w:type="spellStart"/>
      <w:r>
        <w:t>ausgeben</w:t>
      </w:r>
      <w:proofErr w:type="spellEnd"/>
      <w:r>
        <w:t xml:space="preserve">? Es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jetzt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heuer</w:t>
      </w:r>
      <w:proofErr w:type="spellEnd"/>
      <w:r>
        <w:t xml:space="preserve"> </w:t>
      </w:r>
      <w:proofErr w:type="spellStart"/>
      <w:r>
        <w:t>wieder</w:t>
      </w:r>
      <w:proofErr w:type="spellEnd"/>
      <w:r>
        <w:t xml:space="preserve"> </w:t>
      </w:r>
      <w:proofErr w:type="spellStart"/>
      <w:r>
        <w:t>oben</w:t>
      </w:r>
      <w:proofErr w:type="spellEnd"/>
      <w:r>
        <w:t xml:space="preserve"> </w:t>
      </w:r>
      <w:proofErr w:type="spellStart"/>
      <w:r>
        <w:t>gebaut</w:t>
      </w:r>
      <w:proofErr w:type="spellEnd"/>
      <w:r>
        <w:t xml:space="preserve">, die </w:t>
      </w:r>
      <w:proofErr w:type="spellStart"/>
      <w:r>
        <w:t>Ostfassade</w:t>
      </w:r>
      <w:proofErr w:type="spellEnd"/>
      <w:r>
        <w:t xml:space="preserve">. Das </w:t>
      </w:r>
      <w:proofErr w:type="spellStart"/>
      <w:r>
        <w:t>bewegt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so </w:t>
      </w:r>
      <w:proofErr w:type="spellStart"/>
      <w:r>
        <w:t>im</w:t>
      </w:r>
      <w:proofErr w:type="spellEnd"/>
      <w:r>
        <w:t xml:space="preserve"> </w:t>
      </w:r>
      <w:proofErr w:type="spellStart"/>
      <w:r>
        <w:t>zweihunderttausender</w:t>
      </w:r>
      <w:proofErr w:type="spellEnd"/>
      <w:r>
        <w:t xml:space="preserve"> Euro-</w:t>
      </w:r>
      <w:proofErr w:type="spellStart"/>
      <w:r>
        <w:t>Bereich</w:t>
      </w:r>
      <w:proofErr w:type="spellEnd"/>
      <w:r>
        <w:t xml:space="preserve">, </w:t>
      </w:r>
      <w:proofErr w:type="spellStart"/>
      <w:r>
        <w:t>äh</w:t>
      </w:r>
      <w:proofErr w:type="spellEnd"/>
      <w:r>
        <w:t xml:space="preserve">, Jahr für Jahr, wo </w:t>
      </w:r>
      <w:proofErr w:type="spellStart"/>
      <w:r>
        <w:t>sie</w:t>
      </w:r>
      <w:proofErr w:type="spellEnd"/>
      <w:r>
        <w:t xml:space="preserve"> </w:t>
      </w:r>
      <w:proofErr w:type="spellStart"/>
      <w:r>
        <w:t>versuchen</w:t>
      </w:r>
      <w:proofErr w:type="spellEnd"/>
      <w:r>
        <w:t xml:space="preserve"> halt, </w:t>
      </w:r>
      <w:proofErr w:type="spellStart"/>
      <w:r>
        <w:t>nichts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überschreiten</w:t>
      </w:r>
      <w:proofErr w:type="spellEnd"/>
      <w:r>
        <w:t xml:space="preserve">, </w:t>
      </w:r>
      <w:proofErr w:type="spellStart"/>
      <w:r>
        <w:t>weil</w:t>
      </w:r>
      <w:proofErr w:type="spellEnd"/>
      <w:r>
        <w:t xml:space="preserve"> es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einfach</w:t>
      </w:r>
      <w:proofErr w:type="spellEnd"/>
      <w:r>
        <w:t xml:space="preserve"> nicht </w:t>
      </w:r>
      <w:proofErr w:type="spellStart"/>
      <w:r>
        <w:t>mehr</w:t>
      </w:r>
      <w:proofErr w:type="spellEnd"/>
      <w:r>
        <w:t xml:space="preserve"> </w:t>
      </w:r>
      <w:proofErr w:type="spellStart"/>
      <w:r>
        <w:t>ausgeht</w:t>
      </w:r>
      <w:proofErr w:type="spellEnd"/>
      <w:r>
        <w:t xml:space="preserve">. Das </w:t>
      </w:r>
      <w:proofErr w:type="spellStart"/>
      <w:r>
        <w:t>wird</w:t>
      </w:r>
      <w:proofErr w:type="spellEnd"/>
      <w:r>
        <w:t xml:space="preserve"> halt </w:t>
      </w:r>
      <w:proofErr w:type="spellStart"/>
      <w:r>
        <w:t>dann</w:t>
      </w:r>
      <w:proofErr w:type="spellEnd"/>
      <w:r>
        <w:t xml:space="preserve"> quasi </w:t>
      </w:r>
      <w:proofErr w:type="spellStart"/>
      <w:r>
        <w:t>wieder</w:t>
      </w:r>
      <w:proofErr w:type="spellEnd"/>
      <w:r>
        <w:t xml:space="preserve"> </w:t>
      </w:r>
      <w:proofErr w:type="spellStart"/>
      <w:r>
        <w:t>investiert</w:t>
      </w:r>
      <w:proofErr w:type="spellEnd"/>
      <w:r>
        <w:t xml:space="preserve">, </w:t>
      </w:r>
      <w:proofErr w:type="spellStart"/>
      <w:r>
        <w:t>aber</w:t>
      </w:r>
      <w:proofErr w:type="spellEnd"/>
      <w:r>
        <w:t xml:space="preserve"> </w:t>
      </w:r>
      <w:proofErr w:type="spellStart"/>
      <w:r>
        <w:t>profitabel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so </w:t>
      </w:r>
      <w:proofErr w:type="spellStart"/>
      <w:r>
        <w:t>eine</w:t>
      </w:r>
      <w:proofErr w:type="spellEnd"/>
      <w:r>
        <w:t xml:space="preserve"> Hütte für den </w:t>
      </w:r>
      <w:proofErr w:type="spellStart"/>
      <w:r>
        <w:t>Hüttenbesitzer</w:t>
      </w:r>
      <w:proofErr w:type="spellEnd"/>
      <w:r>
        <w:t xml:space="preserve">, </w:t>
      </w:r>
      <w:proofErr w:type="spellStart"/>
      <w:r>
        <w:t>glaube</w:t>
      </w:r>
      <w:proofErr w:type="spellEnd"/>
      <w:r>
        <w:t xml:space="preserve"> ich </w:t>
      </w:r>
      <w:proofErr w:type="spellStart"/>
      <w:r>
        <w:t>nie</w:t>
      </w:r>
      <w:proofErr w:type="spellEnd"/>
      <w:r>
        <w:t xml:space="preserve">. </w:t>
      </w:r>
    </w:p>
    <w:p w14:paraId="2DAC1A5F" w14:textId="77777777" w:rsidR="005526BC" w:rsidRDefault="005526BC"/>
    <w:p w14:paraId="3E7C807C" w14:textId="77777777" w:rsidR="005526BC" w:rsidRDefault="000122CF">
      <w:r>
        <w:rPr>
          <w:b/>
        </w:rPr>
        <w:t>00:14:08,744 --&gt; 00:14:22,864 [Christine Brugger (Moderatorin)]</w:t>
      </w:r>
    </w:p>
    <w:p w14:paraId="4959E3F2" w14:textId="77777777" w:rsidR="005526BC" w:rsidRDefault="000122CF">
      <w:r>
        <w:t xml:space="preserve">Toni, du </w:t>
      </w:r>
      <w:proofErr w:type="spellStart"/>
      <w:r>
        <w:t>bist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Bergsteiger</w:t>
      </w:r>
      <w:proofErr w:type="spellEnd"/>
      <w:r>
        <w:t xml:space="preserve"> und </w:t>
      </w:r>
      <w:proofErr w:type="spellStart"/>
      <w:r>
        <w:t>Bergführer</w:t>
      </w:r>
      <w:proofErr w:type="spellEnd"/>
      <w:r>
        <w:t xml:space="preserve">. Die </w:t>
      </w:r>
      <w:proofErr w:type="spellStart"/>
      <w:r>
        <w:t>Folgen</w:t>
      </w:r>
      <w:proofErr w:type="spellEnd"/>
      <w:r>
        <w:t xml:space="preserve"> des </w:t>
      </w:r>
      <w:proofErr w:type="spellStart"/>
      <w:r>
        <w:t>Klimawandels</w:t>
      </w:r>
      <w:proofErr w:type="spellEnd"/>
      <w:r>
        <w:t xml:space="preserve">, das </w:t>
      </w:r>
      <w:proofErr w:type="spellStart"/>
      <w:r>
        <w:t>Auftauen</w:t>
      </w:r>
      <w:proofErr w:type="spellEnd"/>
      <w:r>
        <w:t xml:space="preserve"> des </w:t>
      </w:r>
      <w:proofErr w:type="spellStart"/>
      <w:r>
        <w:t>Permafrostes</w:t>
      </w:r>
      <w:proofErr w:type="spellEnd"/>
      <w:r>
        <w:t xml:space="preserve">, </w:t>
      </w:r>
      <w:proofErr w:type="spellStart"/>
      <w:r>
        <w:t>kann</w:t>
      </w:r>
      <w:proofErr w:type="spellEnd"/>
      <w:r>
        <w:t xml:space="preserve"> man das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den </w:t>
      </w:r>
      <w:proofErr w:type="spellStart"/>
      <w:r>
        <w:t>Bergtouren</w:t>
      </w:r>
      <w:proofErr w:type="spellEnd"/>
      <w:r>
        <w:t xml:space="preserve">, </w:t>
      </w:r>
      <w:proofErr w:type="spellStart"/>
      <w:r>
        <w:t>bei</w:t>
      </w:r>
      <w:proofErr w:type="spellEnd"/>
      <w:r>
        <w:t xml:space="preserve"> den </w:t>
      </w:r>
      <w:proofErr w:type="spellStart"/>
      <w:r>
        <w:t>Klettertouren</w:t>
      </w:r>
      <w:proofErr w:type="spellEnd"/>
      <w:r>
        <w:t xml:space="preserve"> am Glockner </w:t>
      </w:r>
      <w:proofErr w:type="spellStart"/>
      <w:r>
        <w:t>feststellen</w:t>
      </w:r>
      <w:proofErr w:type="spellEnd"/>
      <w:r>
        <w:t xml:space="preserve">? </w:t>
      </w:r>
    </w:p>
    <w:p w14:paraId="188A9F05" w14:textId="77777777" w:rsidR="005526BC" w:rsidRDefault="005526BC"/>
    <w:p w14:paraId="19035012" w14:textId="77777777" w:rsidR="005526BC" w:rsidRDefault="000122CF">
      <w:r>
        <w:rPr>
          <w:b/>
        </w:rPr>
        <w:t>00:14:22,864 --&gt; 00:15:20,664 [Toni Riepler (Gast)]</w:t>
      </w:r>
    </w:p>
    <w:p w14:paraId="2F23806E" w14:textId="7A39C6AF" w:rsidR="005526BC" w:rsidRDefault="000122CF">
      <w:r>
        <w:t xml:space="preserve">Das </w:t>
      </w:r>
      <w:proofErr w:type="spellStart"/>
      <w:r>
        <w:t>kann</w:t>
      </w:r>
      <w:proofErr w:type="spellEnd"/>
      <w:r>
        <w:t xml:space="preserve"> man </w:t>
      </w:r>
      <w:proofErr w:type="spellStart"/>
      <w:r>
        <w:t>schon</w:t>
      </w:r>
      <w:proofErr w:type="spellEnd"/>
      <w:r>
        <w:t xml:space="preserve"> </w:t>
      </w:r>
      <w:proofErr w:type="spellStart"/>
      <w:r>
        <w:t>feststellen</w:t>
      </w:r>
      <w:proofErr w:type="spellEnd"/>
      <w:r>
        <w:t xml:space="preserve">. Medial </w:t>
      </w:r>
      <w:proofErr w:type="spellStart"/>
      <w:r>
        <w:t>sehr</w:t>
      </w:r>
      <w:proofErr w:type="spellEnd"/>
      <w:r>
        <w:t xml:space="preserve"> </w:t>
      </w:r>
      <w:proofErr w:type="spellStart"/>
      <w:r>
        <w:t>präsent</w:t>
      </w:r>
      <w:proofErr w:type="spellEnd"/>
      <w:r>
        <w:t xml:space="preserve"> war </w:t>
      </w:r>
      <w:proofErr w:type="spellStart"/>
      <w:r>
        <w:t>letztes</w:t>
      </w:r>
      <w:proofErr w:type="spellEnd"/>
      <w:r>
        <w:t xml:space="preserve"> Jahr </w:t>
      </w:r>
      <w:proofErr w:type="spellStart"/>
      <w:r>
        <w:t>dieser</w:t>
      </w:r>
      <w:proofErr w:type="spellEnd"/>
      <w:r>
        <w:t xml:space="preserve"> </w:t>
      </w:r>
      <w:proofErr w:type="spellStart"/>
      <w:r>
        <w:t>Felssturz</w:t>
      </w:r>
      <w:proofErr w:type="spellEnd"/>
      <w:r>
        <w:t xml:space="preserve"> am </w:t>
      </w:r>
      <w:proofErr w:type="spellStart"/>
      <w:r>
        <w:t>Stüdlgrat</w:t>
      </w:r>
      <w:proofErr w:type="spellEnd"/>
      <w:r>
        <w:t xml:space="preserve">. Der Fels </w:t>
      </w:r>
      <w:proofErr w:type="spellStart"/>
      <w:r>
        <w:t>wird</w:t>
      </w:r>
      <w:proofErr w:type="spellEnd"/>
      <w:r>
        <w:t xml:space="preserve"> nicht </w:t>
      </w:r>
      <w:proofErr w:type="spellStart"/>
      <w:r>
        <w:t>besser</w:t>
      </w:r>
      <w:proofErr w:type="spellEnd"/>
      <w:r>
        <w:t xml:space="preserve">, es </w:t>
      </w:r>
      <w:proofErr w:type="spellStart"/>
      <w:r>
        <w:t>geht</w:t>
      </w:r>
      <w:proofErr w:type="spellEnd"/>
      <w:r>
        <w:t xml:space="preserve"> in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Richtung</w:t>
      </w:r>
      <w:proofErr w:type="spellEnd"/>
      <w:r>
        <w:t xml:space="preserve">. Und da </w:t>
      </w:r>
      <w:proofErr w:type="spellStart"/>
      <w:r>
        <w:t>oben</w:t>
      </w:r>
      <w:proofErr w:type="spellEnd"/>
      <w:r>
        <w:t xml:space="preserve"> </w:t>
      </w:r>
      <w:proofErr w:type="spellStart"/>
      <w:r>
        <w:t>diese</w:t>
      </w:r>
      <w:proofErr w:type="spellEnd"/>
      <w:r>
        <w:t xml:space="preserve"> Stelle, das war das </w:t>
      </w:r>
      <w:proofErr w:type="spellStart"/>
      <w:r>
        <w:t>Stahlseil</w:t>
      </w:r>
      <w:proofErr w:type="spellEnd"/>
      <w:r>
        <w:t xml:space="preserve"> da </w:t>
      </w:r>
      <w:proofErr w:type="spellStart"/>
      <w:r>
        <w:t>rauf</w:t>
      </w:r>
      <w:proofErr w:type="spellEnd"/>
      <w:r>
        <w:t xml:space="preserve">, also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Kletterstelle</w:t>
      </w:r>
      <w:proofErr w:type="spellEnd"/>
      <w:r>
        <w:t xml:space="preserve">, wo man </w:t>
      </w:r>
      <w:proofErr w:type="spellStart"/>
      <w:r>
        <w:t>wirklich</w:t>
      </w:r>
      <w:proofErr w:type="spellEnd"/>
      <w:r>
        <w:t xml:space="preserve"> </w:t>
      </w:r>
      <w:proofErr w:type="spellStart"/>
      <w:r>
        <w:t>dann</w:t>
      </w:r>
      <w:proofErr w:type="spellEnd"/>
      <w:r>
        <w:t xml:space="preserve"> so </w:t>
      </w:r>
      <w:proofErr w:type="spellStart"/>
      <w:r>
        <w:t>ein</w:t>
      </w:r>
      <w:proofErr w:type="spellEnd"/>
      <w:r>
        <w:t xml:space="preserve"> </w:t>
      </w:r>
      <w:proofErr w:type="spellStart"/>
      <w:r>
        <w:t>Stahlseil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Hilfe</w:t>
      </w:r>
      <w:proofErr w:type="spellEnd"/>
      <w:r>
        <w:t xml:space="preserve"> </w:t>
      </w:r>
      <w:proofErr w:type="spellStart"/>
      <w:r>
        <w:t>genommen</w:t>
      </w:r>
      <w:proofErr w:type="spellEnd"/>
      <w:r>
        <w:t xml:space="preserve"> hat. Und da </w:t>
      </w:r>
      <w:proofErr w:type="spellStart"/>
      <w:r>
        <w:t>ist</w:t>
      </w:r>
      <w:proofErr w:type="spellEnd"/>
      <w:r>
        <w:t xml:space="preserve"> quasi </w:t>
      </w:r>
      <w:proofErr w:type="spellStart"/>
      <w:r>
        <w:t>untertags</w:t>
      </w:r>
      <w:proofErr w:type="spellEnd"/>
      <w:r>
        <w:t xml:space="preserve"> der </w:t>
      </w:r>
      <w:proofErr w:type="spellStart"/>
      <w:r>
        <w:t>ganze</w:t>
      </w:r>
      <w:proofErr w:type="spellEnd"/>
      <w:r>
        <w:t xml:space="preserve"> </w:t>
      </w:r>
      <w:proofErr w:type="spellStart"/>
      <w:r>
        <w:t>Bereich</w:t>
      </w:r>
      <w:proofErr w:type="spellEnd"/>
      <w:r>
        <w:t xml:space="preserve"> </w:t>
      </w:r>
      <w:proofErr w:type="spellStart"/>
      <w:r>
        <w:t>runtergebrochen</w:t>
      </w:r>
      <w:proofErr w:type="spellEnd"/>
      <w:r>
        <w:t xml:space="preserve">. Sehr </w:t>
      </w:r>
      <w:proofErr w:type="spellStart"/>
      <w:r>
        <w:t>spektakulär</w:t>
      </w:r>
      <w:proofErr w:type="spellEnd"/>
      <w:r>
        <w:t xml:space="preserve">. Und da war </w:t>
      </w:r>
      <w:proofErr w:type="spellStart"/>
      <w:r>
        <w:t>natürlich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Riesenglück</w:t>
      </w:r>
      <w:proofErr w:type="spellEnd"/>
      <w:r>
        <w:t xml:space="preserve">. Gott sei Dank </w:t>
      </w:r>
      <w:proofErr w:type="spellStart"/>
      <w:r>
        <w:t>keine</w:t>
      </w:r>
      <w:proofErr w:type="spellEnd"/>
      <w:r>
        <w:t xml:space="preserve"> Leute </w:t>
      </w:r>
      <w:proofErr w:type="spellStart"/>
      <w:r>
        <w:t>unmittelbar</w:t>
      </w:r>
      <w:proofErr w:type="spellEnd"/>
      <w:r>
        <w:t xml:space="preserve"> </w:t>
      </w:r>
      <w:proofErr w:type="spellStart"/>
      <w:r>
        <w:t>betroffen</w:t>
      </w:r>
      <w:proofErr w:type="spellEnd"/>
      <w:r>
        <w:t xml:space="preserve"> an der Stelle, </w:t>
      </w:r>
      <w:proofErr w:type="spellStart"/>
      <w:r>
        <w:t>weil</w:t>
      </w:r>
      <w:proofErr w:type="spellEnd"/>
      <w:r>
        <w:t xml:space="preserve"> </w:t>
      </w:r>
      <w:proofErr w:type="spellStart"/>
      <w:r>
        <w:t>sonst</w:t>
      </w:r>
      <w:proofErr w:type="spellEnd"/>
      <w:r>
        <w:t xml:space="preserve"> </w:t>
      </w:r>
      <w:proofErr w:type="spellStart"/>
      <w:r>
        <w:t>hätte</w:t>
      </w:r>
      <w:proofErr w:type="spellEnd"/>
      <w:r>
        <w:t xml:space="preserve"> es </w:t>
      </w:r>
      <w:proofErr w:type="spellStart"/>
      <w:r>
        <w:t>eine</w:t>
      </w:r>
      <w:proofErr w:type="spellEnd"/>
      <w:r>
        <w:t xml:space="preserve"> Riesen-</w:t>
      </w:r>
      <w:proofErr w:type="spellStart"/>
      <w:r>
        <w:t>Tragödie</w:t>
      </w:r>
      <w:proofErr w:type="spellEnd"/>
      <w:r>
        <w:t xml:space="preserve"> </w:t>
      </w:r>
      <w:proofErr w:type="spellStart"/>
      <w:r>
        <w:t>ergeben</w:t>
      </w:r>
      <w:proofErr w:type="spellEnd"/>
      <w:r>
        <w:t xml:space="preserve">. Und </w:t>
      </w:r>
      <w:proofErr w:type="spellStart"/>
      <w:r>
        <w:t>wie</w:t>
      </w:r>
      <w:proofErr w:type="spellEnd"/>
      <w:r>
        <w:t xml:space="preserve"> </w:t>
      </w:r>
      <w:proofErr w:type="spellStart"/>
      <w:r>
        <w:t>gesagt</w:t>
      </w:r>
      <w:proofErr w:type="spellEnd"/>
      <w:r>
        <w:t xml:space="preserve">, es </w:t>
      </w:r>
      <w:proofErr w:type="spellStart"/>
      <w:r>
        <w:t>ist</w:t>
      </w:r>
      <w:proofErr w:type="spellEnd"/>
      <w:r>
        <w:t xml:space="preserve"> </w:t>
      </w:r>
      <w:proofErr w:type="spellStart"/>
      <w:r>
        <w:t>schon</w:t>
      </w:r>
      <w:proofErr w:type="spellEnd"/>
      <w:r>
        <w:t xml:space="preserve"> </w:t>
      </w:r>
      <w:proofErr w:type="spellStart"/>
      <w:r>
        <w:t>generell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alpinen</w:t>
      </w:r>
      <w:proofErr w:type="spellEnd"/>
      <w:r>
        <w:t xml:space="preserve"> Raum, man </w:t>
      </w:r>
      <w:proofErr w:type="spellStart"/>
      <w:r>
        <w:t>spürt</w:t>
      </w:r>
      <w:proofErr w:type="spellEnd"/>
      <w:r>
        <w:t xml:space="preserve"> </w:t>
      </w:r>
      <w:proofErr w:type="spellStart"/>
      <w:r>
        <w:t>schon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der </w:t>
      </w:r>
      <w:proofErr w:type="spellStart"/>
      <w:r>
        <w:t>Steinschlag</w:t>
      </w:r>
      <w:proofErr w:type="spellEnd"/>
      <w:r>
        <w:t xml:space="preserve"> und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Felsstürze</w:t>
      </w:r>
      <w:proofErr w:type="spellEnd"/>
      <w:r>
        <w:t xml:space="preserve"> </w:t>
      </w:r>
      <w:proofErr w:type="spellStart"/>
      <w:r>
        <w:t>mehr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Sicherungssachen</w:t>
      </w:r>
      <w:proofErr w:type="spellEnd"/>
      <w:r>
        <w:t xml:space="preserve"> </w:t>
      </w:r>
      <w:proofErr w:type="spellStart"/>
      <w:r>
        <w:t>ausbrechen</w:t>
      </w:r>
      <w:proofErr w:type="spellEnd"/>
      <w:r>
        <w:t xml:space="preserve">, </w:t>
      </w:r>
      <w:proofErr w:type="spellStart"/>
      <w:r>
        <w:t>teilweise</w:t>
      </w:r>
      <w:proofErr w:type="spellEnd"/>
      <w:r>
        <w:t xml:space="preserve"> </w:t>
      </w:r>
      <w:proofErr w:type="spellStart"/>
      <w:r>
        <w:t>Sicherungshaken</w:t>
      </w:r>
      <w:proofErr w:type="spellEnd"/>
      <w:r>
        <w:t xml:space="preserve">. Wir </w:t>
      </w:r>
      <w:proofErr w:type="spellStart"/>
      <w:r>
        <w:t>haben</w:t>
      </w:r>
      <w:proofErr w:type="spellEnd"/>
      <w:r>
        <w:t xml:space="preserve"> </w:t>
      </w:r>
      <w:proofErr w:type="spellStart"/>
      <w:r>
        <w:t>teilweise</w:t>
      </w:r>
      <w:proofErr w:type="spellEnd"/>
      <w:r>
        <w:t xml:space="preserve"> </w:t>
      </w:r>
      <w:proofErr w:type="spellStart"/>
      <w:r>
        <w:t>schon</w:t>
      </w:r>
      <w:proofErr w:type="spellEnd"/>
      <w:r>
        <w:t xml:space="preserve"> </w:t>
      </w:r>
      <w:proofErr w:type="spellStart"/>
      <w:r>
        <w:t>rückgebaut</w:t>
      </w:r>
      <w:proofErr w:type="spellEnd"/>
      <w:r>
        <w:t xml:space="preserve">, wo Haken </w:t>
      </w:r>
      <w:proofErr w:type="spellStart"/>
      <w:r>
        <w:t>gebohrt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 in </w:t>
      </w:r>
      <w:proofErr w:type="spellStart"/>
      <w:r>
        <w:t>Felsblöcken</w:t>
      </w:r>
      <w:proofErr w:type="spellEnd"/>
      <w:r>
        <w:t xml:space="preserve">, die </w:t>
      </w:r>
      <w:proofErr w:type="spellStart"/>
      <w:r>
        <w:t>vorher</w:t>
      </w:r>
      <w:proofErr w:type="spellEnd"/>
      <w:r>
        <w:t xml:space="preserve"> für gut </w:t>
      </w:r>
      <w:proofErr w:type="spellStart"/>
      <w:r>
        <w:t>befunden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 und </w:t>
      </w:r>
      <w:proofErr w:type="spellStart"/>
      <w:r>
        <w:t>dann</w:t>
      </w:r>
      <w:proofErr w:type="spellEnd"/>
      <w:r>
        <w:t xml:space="preserve"> </w:t>
      </w:r>
      <w:proofErr w:type="spellStart"/>
      <w:r>
        <w:t>jetzt</w:t>
      </w:r>
      <w:proofErr w:type="spellEnd"/>
      <w:r>
        <w:t xml:space="preserve"> </w:t>
      </w:r>
      <w:proofErr w:type="spellStart"/>
      <w:r>
        <w:t>durch</w:t>
      </w:r>
      <w:proofErr w:type="spellEnd"/>
      <w:r>
        <w:t xml:space="preserve"> die </w:t>
      </w:r>
      <w:proofErr w:type="spellStart"/>
      <w:r>
        <w:t>Aus</w:t>
      </w:r>
      <w:r w:rsidR="00B5343D">
        <w:t>aperung</w:t>
      </w:r>
      <w:proofErr w:type="spellEnd"/>
      <w:r>
        <w:t xml:space="preserve"> auf </w:t>
      </w:r>
      <w:proofErr w:type="spellStart"/>
      <w:r>
        <w:t>einmal</w:t>
      </w:r>
      <w:proofErr w:type="spellEnd"/>
      <w:r>
        <w:t xml:space="preserve"> </w:t>
      </w:r>
      <w:proofErr w:type="spellStart"/>
      <w:r>
        <w:t>nur</w:t>
      </w:r>
      <w:proofErr w:type="spellEnd"/>
      <w:r>
        <w:t xml:space="preserve"> </w:t>
      </w:r>
      <w:r>
        <w:lastRenderedPageBreak/>
        <w:t xml:space="preserve">lose </w:t>
      </w:r>
      <w:proofErr w:type="spellStart"/>
      <w:r>
        <w:t>daliegen</w:t>
      </w:r>
      <w:proofErr w:type="spellEnd"/>
      <w:r>
        <w:t xml:space="preserve">. Also da muss </w:t>
      </w:r>
      <w:r w:rsidR="00B5343D">
        <w:t>man</w:t>
      </w:r>
      <w:r>
        <w:t xml:space="preserve"> so </w:t>
      </w:r>
      <w:proofErr w:type="spellStart"/>
      <w:r>
        <w:t>einen</w:t>
      </w:r>
      <w:proofErr w:type="spellEnd"/>
      <w:r>
        <w:t xml:space="preserve"> Haken </w:t>
      </w:r>
      <w:proofErr w:type="spellStart"/>
      <w:r>
        <w:t>natürlich</w:t>
      </w:r>
      <w:proofErr w:type="spellEnd"/>
      <w:r>
        <w:t xml:space="preserve"> </w:t>
      </w:r>
      <w:proofErr w:type="spellStart"/>
      <w:r>
        <w:t>entfernen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wieder</w:t>
      </w:r>
      <w:proofErr w:type="spellEnd"/>
      <w:r>
        <w:t xml:space="preserve">, </w:t>
      </w:r>
      <w:proofErr w:type="spellStart"/>
      <w:r>
        <w:t>aber</w:t>
      </w:r>
      <w:proofErr w:type="spellEnd"/>
      <w:r>
        <w:t xml:space="preserve"> </w:t>
      </w:r>
      <w:proofErr w:type="spellStart"/>
      <w:r>
        <w:t>sonst</w:t>
      </w:r>
      <w:proofErr w:type="spellEnd"/>
      <w:r>
        <w:t xml:space="preserve"> </w:t>
      </w:r>
      <w:proofErr w:type="spellStart"/>
      <w:r>
        <w:t>zieht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jemand</w:t>
      </w:r>
      <w:proofErr w:type="spellEnd"/>
      <w:r>
        <w:t xml:space="preserve"> den Stein da </w:t>
      </w:r>
      <w:proofErr w:type="spellStart"/>
      <w:r>
        <w:t>hinunter</w:t>
      </w:r>
      <w:proofErr w:type="spellEnd"/>
      <w:r>
        <w:t xml:space="preserve">. Und nicht </w:t>
      </w:r>
      <w:proofErr w:type="spellStart"/>
      <w:r>
        <w:t>extrem</w:t>
      </w:r>
      <w:proofErr w:type="spellEnd"/>
      <w:r>
        <w:t xml:space="preserve">, </w:t>
      </w:r>
      <w:proofErr w:type="spellStart"/>
      <w:r>
        <w:t>aber</w:t>
      </w:r>
      <w:proofErr w:type="spellEnd"/>
      <w:r>
        <w:t xml:space="preserve"> man </w:t>
      </w:r>
      <w:proofErr w:type="spellStart"/>
      <w:r>
        <w:t>merkt</w:t>
      </w:r>
      <w:proofErr w:type="spellEnd"/>
      <w:r>
        <w:t xml:space="preserve"> </w:t>
      </w:r>
      <w:proofErr w:type="spellStart"/>
      <w:r>
        <w:t>schon</w:t>
      </w:r>
      <w:proofErr w:type="spellEnd"/>
      <w:r>
        <w:t xml:space="preserve"> immer </w:t>
      </w:r>
      <w:proofErr w:type="spellStart"/>
      <w:r>
        <w:t>wieder</w:t>
      </w:r>
      <w:proofErr w:type="spellEnd"/>
      <w:r>
        <w:t xml:space="preserve"> so </w:t>
      </w:r>
      <w:proofErr w:type="spellStart"/>
      <w:r>
        <w:t>Zwischenfälle</w:t>
      </w:r>
      <w:proofErr w:type="spellEnd"/>
      <w:r>
        <w:t xml:space="preserve">, wo quasi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bisschen</w:t>
      </w:r>
      <w:proofErr w:type="spellEnd"/>
      <w:r>
        <w:t xml:space="preserve"> der </w:t>
      </w:r>
      <w:proofErr w:type="spellStart"/>
      <w:r>
        <w:t>ganzen</w:t>
      </w:r>
      <w:proofErr w:type="spellEnd"/>
      <w:r>
        <w:t xml:space="preserve"> </w:t>
      </w:r>
      <w:proofErr w:type="spellStart"/>
      <w:r>
        <w:t>Veränderung</w:t>
      </w:r>
      <w:proofErr w:type="spellEnd"/>
      <w:r>
        <w:t xml:space="preserve"> das Ganze </w:t>
      </w:r>
      <w:proofErr w:type="spellStart"/>
      <w:r>
        <w:t>zu</w:t>
      </w:r>
      <w:proofErr w:type="spellEnd"/>
      <w:r>
        <w:t xml:space="preserve"> tun hat, ja. </w:t>
      </w:r>
    </w:p>
    <w:p w14:paraId="0002D727" w14:textId="77777777" w:rsidR="005526BC" w:rsidRDefault="005526BC"/>
    <w:p w14:paraId="0804A8D2" w14:textId="77777777" w:rsidR="005526BC" w:rsidRDefault="000122CF">
      <w:r>
        <w:rPr>
          <w:b/>
        </w:rPr>
        <w:t>00:15:23,564 --&gt; 00:15:48,724 [Christine Brugger (Moderatorin)]</w:t>
      </w:r>
    </w:p>
    <w:p w14:paraId="1C984217" w14:textId="1569D601" w:rsidR="005526BC" w:rsidRDefault="000122CF">
      <w:proofErr w:type="spellStart"/>
      <w:r>
        <w:t>Vom</w:t>
      </w:r>
      <w:proofErr w:type="spellEnd"/>
      <w:r>
        <w:t xml:space="preserve"> </w:t>
      </w:r>
      <w:proofErr w:type="spellStart"/>
      <w:r>
        <w:t>Stüdlgrat</w:t>
      </w:r>
      <w:proofErr w:type="spellEnd"/>
      <w:r>
        <w:t xml:space="preserve"> </w:t>
      </w:r>
      <w:proofErr w:type="spellStart"/>
      <w:r>
        <w:t>steigen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Stockwerk</w:t>
      </w:r>
      <w:proofErr w:type="spellEnd"/>
      <w:r>
        <w:t xml:space="preserve"> </w:t>
      </w:r>
      <w:proofErr w:type="spellStart"/>
      <w:r>
        <w:t>hinunter</w:t>
      </w:r>
      <w:proofErr w:type="spellEnd"/>
      <w:r>
        <w:t xml:space="preserve"> auf die </w:t>
      </w:r>
      <w:proofErr w:type="spellStart"/>
      <w:r>
        <w:t>Wanderwege</w:t>
      </w:r>
      <w:proofErr w:type="spellEnd"/>
      <w:r>
        <w:t xml:space="preserve"> und </w:t>
      </w:r>
      <w:proofErr w:type="spellStart"/>
      <w:r w:rsidR="00B5343D">
        <w:t>Steige</w:t>
      </w:r>
      <w:proofErr w:type="spellEnd"/>
      <w:r w:rsidR="00760DA6">
        <w:t xml:space="preserve"> </w:t>
      </w:r>
      <w:proofErr w:type="spellStart"/>
      <w:r w:rsidR="00B5343D">
        <w:t>im</w:t>
      </w:r>
      <w:proofErr w:type="spellEnd"/>
      <w:r w:rsidR="00B5343D">
        <w:t xml:space="preserve"> </w:t>
      </w:r>
      <w:proofErr w:type="spellStart"/>
      <w:r w:rsidR="00B5343D">
        <w:t>Nationalpark</w:t>
      </w:r>
      <w:proofErr w:type="spellEnd"/>
      <w:r w:rsidR="00B5343D">
        <w:t xml:space="preserve"> Hohe Tauern</w:t>
      </w:r>
      <w:r>
        <w:t xml:space="preserve">. Auch </w:t>
      </w:r>
      <w:proofErr w:type="spellStart"/>
      <w:r>
        <w:t>sie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 von </w:t>
      </w:r>
      <w:proofErr w:type="spellStart"/>
      <w:r>
        <w:t>Vermurungen</w:t>
      </w:r>
      <w:proofErr w:type="spellEnd"/>
      <w:r>
        <w:t xml:space="preserve"> und </w:t>
      </w:r>
      <w:proofErr w:type="spellStart"/>
      <w:r>
        <w:t>Rutschungen</w:t>
      </w:r>
      <w:proofErr w:type="spellEnd"/>
      <w:r>
        <w:t xml:space="preserve"> </w:t>
      </w:r>
      <w:proofErr w:type="spellStart"/>
      <w:r>
        <w:t>betroffen</w:t>
      </w:r>
      <w:proofErr w:type="spellEnd"/>
      <w:r>
        <w:t xml:space="preserve">. </w:t>
      </w:r>
      <w:r w:rsidR="00CD1308">
        <w:t xml:space="preserve">Hier </w:t>
      </w:r>
      <w:proofErr w:type="spellStart"/>
      <w:r w:rsidR="003654C4">
        <w:t>gibt</w:t>
      </w:r>
      <w:proofErr w:type="spellEnd"/>
      <w:r w:rsidR="003654C4">
        <w:t xml:space="preserve"> es</w:t>
      </w:r>
      <w:r w:rsidR="00CD1308">
        <w:t xml:space="preserve"> </w:t>
      </w:r>
      <w:proofErr w:type="spellStart"/>
      <w:r w:rsidR="00CD1308">
        <w:t>viel</w:t>
      </w:r>
      <w:proofErr w:type="spellEnd"/>
      <w:r w:rsidR="00CD1308">
        <w:t xml:space="preserve"> </w:t>
      </w:r>
      <w:proofErr w:type="spellStart"/>
      <w:r w:rsidR="00CD1308">
        <w:t>zu</w:t>
      </w:r>
      <w:proofErr w:type="spellEnd"/>
      <w:r w:rsidR="00CD1308">
        <w:t xml:space="preserve"> tun. </w:t>
      </w:r>
      <w:proofErr w:type="spellStart"/>
      <w:r w:rsidR="00CD1308">
        <w:t>I</w:t>
      </w:r>
      <w:r w:rsidR="00B5343D">
        <w:t>m</w:t>
      </w:r>
      <w:proofErr w:type="spellEnd"/>
      <w:r w:rsidR="00CD1308">
        <w:t xml:space="preserve"> </w:t>
      </w:r>
      <w:proofErr w:type="spellStart"/>
      <w:r w:rsidR="00CD1308">
        <w:t>Salzburger</w:t>
      </w:r>
      <w:proofErr w:type="spellEnd"/>
      <w:r w:rsidR="00CD1308">
        <w:t xml:space="preserve"> </w:t>
      </w:r>
      <w:proofErr w:type="spellStart"/>
      <w:r w:rsidR="00CD1308">
        <w:t>Anteil</w:t>
      </w:r>
      <w:proofErr w:type="spellEnd"/>
      <w:r w:rsidR="00CD1308">
        <w:t xml:space="preserve"> des </w:t>
      </w:r>
      <w:proofErr w:type="spellStart"/>
      <w:r w:rsidR="00CD1308">
        <w:t>Schutzgebietes</w:t>
      </w:r>
      <w:proofErr w:type="spellEnd"/>
      <w:r w:rsidR="00CD1308">
        <w:t xml:space="preserve"> </w:t>
      </w:r>
      <w:proofErr w:type="spellStart"/>
      <w:r w:rsidR="00CD1308">
        <w:t>sind</w:t>
      </w:r>
      <w:proofErr w:type="spellEnd"/>
      <w:r w:rsidR="00CD1308">
        <w:t xml:space="preserve"> </w:t>
      </w:r>
      <w:proofErr w:type="spellStart"/>
      <w:r w:rsidR="00CD1308">
        <w:t>Nationalparkmitarbeiter</w:t>
      </w:r>
      <w:proofErr w:type="spellEnd"/>
      <w:r w:rsidR="00CD1308">
        <w:t xml:space="preserve"> </w:t>
      </w:r>
      <w:proofErr w:type="spellStart"/>
      <w:r w:rsidR="00CD1308">
        <w:t>im</w:t>
      </w:r>
      <w:proofErr w:type="spellEnd"/>
      <w:r w:rsidR="00CD1308">
        <w:t xml:space="preserve"> </w:t>
      </w:r>
      <w:proofErr w:type="spellStart"/>
      <w:r w:rsidR="00CD1308">
        <w:t>Einsatz</w:t>
      </w:r>
      <w:proofErr w:type="spellEnd"/>
      <w:r w:rsidR="00CD1308">
        <w:t xml:space="preserve">, </w:t>
      </w:r>
      <w:proofErr w:type="spellStart"/>
      <w:r w:rsidR="00CD1308">
        <w:t>auch</w:t>
      </w:r>
      <w:proofErr w:type="spellEnd"/>
      <w:r w:rsidR="00CD1308">
        <w:t xml:space="preserve"> die </w:t>
      </w:r>
      <w:proofErr w:type="spellStart"/>
      <w:r w:rsidR="00CD1308">
        <w:t>Tourismusverbände</w:t>
      </w:r>
      <w:proofErr w:type="spellEnd"/>
      <w:r w:rsidR="00CD1308">
        <w:t xml:space="preserve"> und </w:t>
      </w:r>
      <w:proofErr w:type="spellStart"/>
      <w:r w:rsidR="00CD1308">
        <w:t>Alpenvereinssektionen</w:t>
      </w:r>
      <w:proofErr w:type="spellEnd"/>
      <w:r w:rsidR="00CD1308">
        <w:t xml:space="preserve"> </w:t>
      </w:r>
      <w:proofErr w:type="spellStart"/>
      <w:r w:rsidR="00CD1308">
        <w:t>mit</w:t>
      </w:r>
      <w:proofErr w:type="spellEnd"/>
      <w:r w:rsidR="00CD1308">
        <w:t xml:space="preserve"> den </w:t>
      </w:r>
      <w:r w:rsidR="00B5343D">
        <w:t>“</w:t>
      </w:r>
      <w:proofErr w:type="spellStart"/>
      <w:r w:rsidR="00CD1308">
        <w:t>Tauernwegmanda</w:t>
      </w:r>
      <w:proofErr w:type="spellEnd"/>
      <w:r w:rsidR="00B5343D">
        <w:t>”</w:t>
      </w:r>
      <w:r w:rsidR="00CD1308">
        <w:t xml:space="preserve"> </w:t>
      </w:r>
      <w:proofErr w:type="spellStart"/>
      <w:r w:rsidR="00CD1308">
        <w:t>kümmern</w:t>
      </w:r>
      <w:proofErr w:type="spellEnd"/>
      <w:r w:rsidR="00CD1308">
        <w:t xml:space="preserve"> </w:t>
      </w:r>
      <w:proofErr w:type="spellStart"/>
      <w:r w:rsidR="00CD1308">
        <w:t>sich</w:t>
      </w:r>
      <w:proofErr w:type="spellEnd"/>
      <w:r w:rsidR="00CD1308">
        <w:t xml:space="preserve"> um die Wege</w:t>
      </w:r>
      <w:r w:rsidR="00B5343D">
        <w:t>.</w:t>
      </w:r>
      <w:r w:rsidR="00CD1308">
        <w:t xml:space="preserve"> In Kärnten </w:t>
      </w:r>
      <w:proofErr w:type="spellStart"/>
      <w:r w:rsidR="00CD1308">
        <w:t>sind</w:t>
      </w:r>
      <w:proofErr w:type="spellEnd"/>
      <w:r w:rsidR="00B5343D">
        <w:t xml:space="preserve"> </w:t>
      </w:r>
      <w:proofErr w:type="spellStart"/>
      <w:r w:rsidR="00CD1308">
        <w:t>im</w:t>
      </w:r>
      <w:proofErr w:type="spellEnd"/>
      <w:r w:rsidR="00CD1308">
        <w:t xml:space="preserve"> Sommer 15 </w:t>
      </w:r>
      <w:proofErr w:type="spellStart"/>
      <w:r w:rsidR="00CD1308">
        <w:t>Wegarbeiter</w:t>
      </w:r>
      <w:proofErr w:type="spellEnd"/>
      <w:r w:rsidR="00CD1308">
        <w:t xml:space="preserve"> </w:t>
      </w:r>
      <w:proofErr w:type="spellStart"/>
      <w:r w:rsidR="00CD1308">
        <w:t>unterwegs</w:t>
      </w:r>
      <w:proofErr w:type="spellEnd"/>
      <w:r w:rsidR="00CD1308">
        <w:t xml:space="preserve">, </w:t>
      </w:r>
      <w:proofErr w:type="spellStart"/>
      <w:r w:rsidR="00CD1308">
        <w:t>unterstützt</w:t>
      </w:r>
      <w:proofErr w:type="spellEnd"/>
      <w:r w:rsidR="00CD1308">
        <w:t xml:space="preserve"> </w:t>
      </w:r>
      <w:proofErr w:type="spellStart"/>
      <w:r w:rsidR="00CD1308">
        <w:t>durch</w:t>
      </w:r>
      <w:proofErr w:type="spellEnd"/>
      <w:r w:rsidR="00CD1308">
        <w:t xml:space="preserve"> den Kärntner </w:t>
      </w:r>
      <w:proofErr w:type="spellStart"/>
      <w:r w:rsidR="00CD1308">
        <w:t>Nationalparkfonds</w:t>
      </w:r>
      <w:proofErr w:type="spellEnd"/>
      <w:r w:rsidR="00CD1308">
        <w:t xml:space="preserve">, </w:t>
      </w:r>
      <w:proofErr w:type="spellStart"/>
      <w:r w:rsidR="00CD1308">
        <w:t>bei</w:t>
      </w:r>
      <w:proofErr w:type="spellEnd"/>
      <w:r w:rsidR="00CD1308">
        <w:t xml:space="preserve"> 560 </w:t>
      </w:r>
      <w:proofErr w:type="spellStart"/>
      <w:r w:rsidR="00CD1308">
        <w:t>Kilometern</w:t>
      </w:r>
      <w:proofErr w:type="spellEnd"/>
      <w:r w:rsidR="00CD1308">
        <w:t xml:space="preserve"> </w:t>
      </w:r>
      <w:proofErr w:type="spellStart"/>
      <w:r w:rsidR="00CD1308">
        <w:t>Wanderwegen</w:t>
      </w:r>
      <w:proofErr w:type="spellEnd"/>
      <w:r w:rsidR="00CD1308">
        <w:t xml:space="preserve"> </w:t>
      </w:r>
      <w:proofErr w:type="spellStart"/>
      <w:r w:rsidR="00CD1308">
        <w:t>kommen</w:t>
      </w:r>
      <w:proofErr w:type="spellEnd"/>
      <w:r w:rsidR="00CD1308">
        <w:t xml:space="preserve"> </w:t>
      </w:r>
      <w:proofErr w:type="spellStart"/>
      <w:r w:rsidR="00CD1308">
        <w:t>mehr</w:t>
      </w:r>
      <w:proofErr w:type="spellEnd"/>
      <w:r w:rsidR="00CD1308">
        <w:t xml:space="preserve"> </w:t>
      </w:r>
      <w:proofErr w:type="spellStart"/>
      <w:r w:rsidR="00CD1308">
        <w:t>als</w:t>
      </w:r>
      <w:proofErr w:type="spellEnd"/>
      <w:r w:rsidR="00CD1308">
        <w:t xml:space="preserve"> 12.000 </w:t>
      </w:r>
      <w:proofErr w:type="spellStart"/>
      <w:r w:rsidR="00CD1308">
        <w:t>Arbeitsstunden</w:t>
      </w:r>
      <w:proofErr w:type="spellEnd"/>
      <w:r w:rsidR="00CD1308">
        <w:t xml:space="preserve"> </w:t>
      </w:r>
      <w:proofErr w:type="spellStart"/>
      <w:r w:rsidR="00CD1308">
        <w:t>zusammen</w:t>
      </w:r>
      <w:proofErr w:type="spellEnd"/>
      <w:r w:rsidR="00CD1308">
        <w:t xml:space="preserve">. Wie das in der Praxis </w:t>
      </w:r>
      <w:proofErr w:type="spellStart"/>
      <w:r w:rsidR="00CD1308">
        <w:t>ausschaut</w:t>
      </w:r>
      <w:proofErr w:type="spellEnd"/>
      <w:r w:rsidR="00CD1308">
        <w:t xml:space="preserve">, </w:t>
      </w:r>
      <w:proofErr w:type="spellStart"/>
      <w:r w:rsidR="00CD1308">
        <w:t>weiß</w:t>
      </w:r>
      <w:proofErr w:type="spellEnd"/>
      <w:r w:rsidR="00CD1308">
        <w:t xml:space="preserve"> Martina Mattersberger von der </w:t>
      </w:r>
      <w:proofErr w:type="spellStart"/>
      <w:r w:rsidR="00CD1308">
        <w:t>Sektion</w:t>
      </w:r>
      <w:proofErr w:type="spellEnd"/>
      <w:r w:rsidR="00CD1308">
        <w:t xml:space="preserve"> Matrei des ÖAV. Sie </w:t>
      </w:r>
      <w:proofErr w:type="spellStart"/>
      <w:r w:rsidR="00CD1308">
        <w:t>koordiniert</w:t>
      </w:r>
      <w:proofErr w:type="spellEnd"/>
      <w:r w:rsidR="003654C4">
        <w:t xml:space="preserve"> </w:t>
      </w:r>
      <w:proofErr w:type="spellStart"/>
      <w:r w:rsidR="003654C4">
        <w:t>im</w:t>
      </w:r>
      <w:proofErr w:type="spellEnd"/>
      <w:r w:rsidR="003654C4">
        <w:t xml:space="preserve"> Sommer </w:t>
      </w:r>
      <w:proofErr w:type="spellStart"/>
      <w:r w:rsidR="003654C4">
        <w:t>fünf</w:t>
      </w:r>
      <w:proofErr w:type="spellEnd"/>
      <w:r w:rsidR="003654C4">
        <w:t xml:space="preserve"> Arbeiter.</w:t>
      </w:r>
    </w:p>
    <w:p w14:paraId="182C2ED2" w14:textId="77777777" w:rsidR="005526BC" w:rsidRDefault="000122CF">
      <w:r>
        <w:rPr>
          <w:b/>
        </w:rPr>
        <w:t>00:15:48,724 --&gt; 00:16:16,344 [Martina Mattersberger (Gast)]</w:t>
      </w:r>
    </w:p>
    <w:p w14:paraId="720CE62F" w14:textId="4EC61C76" w:rsidR="005526BC" w:rsidRDefault="000122CF">
      <w:r>
        <w:t xml:space="preserve">Also </w:t>
      </w:r>
      <w:proofErr w:type="spellStart"/>
      <w:r>
        <w:t>unser</w:t>
      </w:r>
      <w:proofErr w:type="spellEnd"/>
      <w:r>
        <w:t xml:space="preserve"> </w:t>
      </w:r>
      <w:proofErr w:type="spellStart"/>
      <w:r>
        <w:t>Arbeitsgebiet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eben</w:t>
      </w:r>
      <w:proofErr w:type="spellEnd"/>
      <w:r>
        <w:t xml:space="preserve"> </w:t>
      </w:r>
      <w:proofErr w:type="spellStart"/>
      <w:r>
        <w:t>hauptsächlich</w:t>
      </w:r>
      <w:proofErr w:type="spellEnd"/>
      <w:r>
        <w:t xml:space="preserve"> da in </w:t>
      </w:r>
      <w:proofErr w:type="spellStart"/>
      <w:r>
        <w:t>Osttirol</w:t>
      </w:r>
      <w:proofErr w:type="spellEnd"/>
      <w:r>
        <w:t xml:space="preserve">, </w:t>
      </w:r>
      <w:proofErr w:type="spellStart"/>
      <w:r>
        <w:t>im</w:t>
      </w:r>
      <w:proofErr w:type="spellEnd"/>
      <w:r>
        <w:t xml:space="preserve"> </w:t>
      </w:r>
      <w:proofErr w:type="spellStart"/>
      <w:r>
        <w:t>Nationalpark</w:t>
      </w:r>
      <w:proofErr w:type="spellEnd"/>
      <w:r>
        <w:t xml:space="preserve"> Hohe Tauern. Und </w:t>
      </w:r>
      <w:proofErr w:type="spellStart"/>
      <w:r>
        <w:t>wir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 in Kals </w:t>
      </w:r>
      <w:proofErr w:type="spellStart"/>
      <w:r>
        <w:t>unterwegs</w:t>
      </w:r>
      <w:proofErr w:type="spellEnd"/>
      <w:r>
        <w:t xml:space="preserve">, </w:t>
      </w:r>
      <w:proofErr w:type="spellStart"/>
      <w:r>
        <w:t>im</w:t>
      </w:r>
      <w:proofErr w:type="spellEnd"/>
      <w:r>
        <w:t xml:space="preserve"> </w:t>
      </w:r>
      <w:proofErr w:type="spellStart"/>
      <w:r>
        <w:t>Defreggental</w:t>
      </w:r>
      <w:proofErr w:type="spellEnd"/>
      <w:r>
        <w:t xml:space="preserve">, </w:t>
      </w:r>
      <w:proofErr w:type="spellStart"/>
      <w:r>
        <w:t>dann</w:t>
      </w:r>
      <w:proofErr w:type="spellEnd"/>
      <w:r>
        <w:t xml:space="preserve"> in </w:t>
      </w:r>
      <w:proofErr w:type="spellStart"/>
      <w:r>
        <w:t>Lienz</w:t>
      </w:r>
      <w:proofErr w:type="spellEnd"/>
      <w:r>
        <w:t xml:space="preserve">, </w:t>
      </w:r>
      <w:proofErr w:type="spellStart"/>
      <w:r>
        <w:t>im</w:t>
      </w:r>
      <w:proofErr w:type="spellEnd"/>
      <w:r>
        <w:t xml:space="preserve"> </w:t>
      </w:r>
      <w:proofErr w:type="spellStart"/>
      <w:r>
        <w:t>Tauern</w:t>
      </w:r>
      <w:r w:rsidR="00B5343D">
        <w:t>t</w:t>
      </w:r>
      <w:r>
        <w:t>al</w:t>
      </w:r>
      <w:proofErr w:type="spellEnd"/>
      <w:r>
        <w:t xml:space="preserve"> </w:t>
      </w:r>
      <w:proofErr w:type="spellStart"/>
      <w:r>
        <w:t>natürlich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, </w:t>
      </w:r>
      <w:proofErr w:type="spellStart"/>
      <w:r>
        <w:t>teilweise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Pinzgau, also </w:t>
      </w:r>
      <w:proofErr w:type="spellStart"/>
      <w:r>
        <w:t>im</w:t>
      </w:r>
      <w:proofErr w:type="spellEnd"/>
      <w:r>
        <w:t xml:space="preserve"> </w:t>
      </w:r>
      <w:proofErr w:type="spellStart"/>
      <w:r>
        <w:t>Krimmler</w:t>
      </w:r>
      <w:proofErr w:type="spellEnd"/>
      <w:r>
        <w:t xml:space="preserve"> Bereich </w:t>
      </w:r>
      <w:proofErr w:type="spellStart"/>
      <w:r>
        <w:t>waren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mal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Rudolfshütte</w:t>
      </w:r>
      <w:proofErr w:type="spellEnd"/>
      <w:r>
        <w:t xml:space="preserve">, das </w:t>
      </w:r>
      <w:proofErr w:type="spellStart"/>
      <w:r>
        <w:t>ist</w:t>
      </w:r>
      <w:proofErr w:type="spellEnd"/>
      <w:r>
        <w:t xml:space="preserve">, </w:t>
      </w:r>
      <w:proofErr w:type="spellStart"/>
      <w:r>
        <w:t>äh</w:t>
      </w:r>
      <w:proofErr w:type="spellEnd"/>
      <w:r>
        <w:t xml:space="preserve">, das </w:t>
      </w:r>
      <w:proofErr w:type="spellStart"/>
      <w:r>
        <w:t>Arbeitsgebiet</w:t>
      </w:r>
      <w:proofErr w:type="spellEnd"/>
      <w:r>
        <w:t xml:space="preserve"> </w:t>
      </w:r>
      <w:proofErr w:type="spellStart"/>
      <w:r>
        <w:t>vom</w:t>
      </w:r>
      <w:proofErr w:type="spellEnd"/>
      <w:r>
        <w:t xml:space="preserve"> </w:t>
      </w:r>
      <w:proofErr w:type="spellStart"/>
      <w:r>
        <w:t>österreichischen</w:t>
      </w:r>
      <w:proofErr w:type="spellEnd"/>
      <w:r>
        <w:t xml:space="preserve"> </w:t>
      </w:r>
      <w:proofErr w:type="spellStart"/>
      <w:r>
        <w:t>Alpenverein</w:t>
      </w:r>
      <w:proofErr w:type="spellEnd"/>
      <w:r>
        <w:t xml:space="preserve">, </w:t>
      </w:r>
      <w:proofErr w:type="spellStart"/>
      <w:r>
        <w:t>vom</w:t>
      </w:r>
      <w:proofErr w:type="spellEnd"/>
      <w:r>
        <w:t xml:space="preserve"> </w:t>
      </w:r>
      <w:proofErr w:type="spellStart"/>
      <w:r>
        <w:t>Hauptverein</w:t>
      </w:r>
      <w:proofErr w:type="spellEnd"/>
      <w:r>
        <w:t xml:space="preserve">. Da </w:t>
      </w:r>
      <w:proofErr w:type="spellStart"/>
      <w:r>
        <w:t>sind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eigentlich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relativ</w:t>
      </w:r>
      <w:proofErr w:type="spellEnd"/>
      <w:r>
        <w:t xml:space="preserve"> </w:t>
      </w:r>
      <w:proofErr w:type="spellStart"/>
      <w:r>
        <w:t>viel</w:t>
      </w:r>
      <w:proofErr w:type="spellEnd"/>
      <w:r>
        <w:t xml:space="preserve"> </w:t>
      </w:r>
      <w:proofErr w:type="spellStart"/>
      <w:r>
        <w:t>unterwegs</w:t>
      </w:r>
      <w:proofErr w:type="spellEnd"/>
      <w:r>
        <w:t xml:space="preserve">. </w:t>
      </w:r>
    </w:p>
    <w:p w14:paraId="73E7863E" w14:textId="77777777" w:rsidR="005526BC" w:rsidRDefault="005526BC"/>
    <w:p w14:paraId="1415EB64" w14:textId="77777777" w:rsidR="005526BC" w:rsidRDefault="000122CF">
      <w:r>
        <w:rPr>
          <w:b/>
        </w:rPr>
        <w:t>00:16:16,344 --&gt; 00:16:19,103 [Christine Brugger (Moderatorin)]</w:t>
      </w:r>
    </w:p>
    <w:p w14:paraId="27F42057" w14:textId="77777777" w:rsidR="005526BC" w:rsidRDefault="000122CF">
      <w:r>
        <w:t xml:space="preserve">Wie </w:t>
      </w:r>
      <w:proofErr w:type="spellStart"/>
      <w:r>
        <w:t>schaut's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dem Winter? </w:t>
      </w:r>
    </w:p>
    <w:p w14:paraId="5B89683F" w14:textId="77777777" w:rsidR="005526BC" w:rsidRDefault="005526BC"/>
    <w:p w14:paraId="41710D08" w14:textId="77777777" w:rsidR="005526BC" w:rsidRDefault="000122CF">
      <w:r>
        <w:rPr>
          <w:b/>
        </w:rPr>
        <w:t>00:16:19,103 --&gt; 00:16:41,304 [Martina Mattersberger (Gast)]</w:t>
      </w:r>
    </w:p>
    <w:p w14:paraId="290DC513" w14:textId="77777777" w:rsidR="005526BC" w:rsidRDefault="000122CF">
      <w:r>
        <w:t xml:space="preserve">Ja, </w:t>
      </w:r>
      <w:proofErr w:type="spellStart"/>
      <w:r>
        <w:t>nach</w:t>
      </w:r>
      <w:proofErr w:type="spellEnd"/>
      <w:r>
        <w:t xml:space="preserve"> dem Winter </w:t>
      </w:r>
      <w:proofErr w:type="spellStart"/>
      <w:r>
        <w:t>sind</w:t>
      </w:r>
      <w:proofErr w:type="spellEnd"/>
      <w:r>
        <w:t xml:space="preserve"> </w:t>
      </w:r>
      <w:proofErr w:type="spellStart"/>
      <w:r>
        <w:t>eben</w:t>
      </w:r>
      <w:proofErr w:type="spellEnd"/>
      <w:r>
        <w:t xml:space="preserve"> </w:t>
      </w:r>
      <w:proofErr w:type="spellStart"/>
      <w:r>
        <w:t>teilweise</w:t>
      </w:r>
      <w:proofErr w:type="spellEnd"/>
      <w:r>
        <w:t xml:space="preserve"> von </w:t>
      </w:r>
      <w:proofErr w:type="spellStart"/>
      <w:r>
        <w:t>Lawinen</w:t>
      </w:r>
      <w:proofErr w:type="spellEnd"/>
      <w:r>
        <w:t xml:space="preserve"> </w:t>
      </w:r>
      <w:proofErr w:type="spellStart"/>
      <w:r>
        <w:t>Beschädigungen</w:t>
      </w:r>
      <w:proofErr w:type="spellEnd"/>
      <w:r>
        <w:t xml:space="preserve"> und was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großer</w:t>
      </w:r>
      <w:proofErr w:type="spellEnd"/>
      <w:r>
        <w:t xml:space="preserve"> Teil </w:t>
      </w:r>
      <w:proofErr w:type="spellStart"/>
      <w:r>
        <w:t>ist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man </w:t>
      </w:r>
      <w:proofErr w:type="spellStart"/>
      <w:r>
        <w:t>nach</w:t>
      </w:r>
      <w:proofErr w:type="spellEnd"/>
      <w:r>
        <w:t xml:space="preserve"> dem Winter die </w:t>
      </w:r>
      <w:proofErr w:type="spellStart"/>
      <w:r>
        <w:t>Brücken</w:t>
      </w:r>
      <w:proofErr w:type="spellEnd"/>
      <w:r>
        <w:t xml:space="preserve"> </w:t>
      </w:r>
      <w:proofErr w:type="spellStart"/>
      <w:r>
        <w:t>wieder</w:t>
      </w:r>
      <w:proofErr w:type="spellEnd"/>
      <w:r>
        <w:t xml:space="preserve"> </w:t>
      </w:r>
      <w:proofErr w:type="spellStart"/>
      <w:r>
        <w:t>aufbauen</w:t>
      </w:r>
      <w:proofErr w:type="spellEnd"/>
      <w:r>
        <w:t xml:space="preserve">. Die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Herbst </w:t>
      </w:r>
      <w:proofErr w:type="spellStart"/>
      <w:r>
        <w:t>abgebaut</w:t>
      </w:r>
      <w:proofErr w:type="spellEnd"/>
      <w:r>
        <w:t xml:space="preserve">, </w:t>
      </w:r>
      <w:proofErr w:type="spellStart"/>
      <w:r>
        <w:t>damit</w:t>
      </w:r>
      <w:proofErr w:type="spellEnd"/>
      <w:r>
        <w:t xml:space="preserve"> </w:t>
      </w:r>
      <w:proofErr w:type="spellStart"/>
      <w:r>
        <w:t>eben</w:t>
      </w:r>
      <w:proofErr w:type="spellEnd"/>
      <w:r>
        <w:t xml:space="preserve"> die </w:t>
      </w:r>
      <w:proofErr w:type="spellStart"/>
      <w:r>
        <w:t>Lawinen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der </w:t>
      </w:r>
      <w:proofErr w:type="spellStart"/>
      <w:r>
        <w:t>Schneedruck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nicht </w:t>
      </w:r>
      <w:proofErr w:type="spellStart"/>
      <w:r>
        <w:t>beschädigt</w:t>
      </w:r>
      <w:proofErr w:type="spellEnd"/>
      <w:r>
        <w:t xml:space="preserve">. Und das </w:t>
      </w:r>
      <w:proofErr w:type="spellStart"/>
      <w:r>
        <w:t>ist</w:t>
      </w:r>
      <w:proofErr w:type="spellEnd"/>
      <w:r>
        <w:t xml:space="preserve"> </w:t>
      </w:r>
      <w:proofErr w:type="spellStart"/>
      <w:r>
        <w:t>dann</w:t>
      </w:r>
      <w:proofErr w:type="spellEnd"/>
      <w:r>
        <w:t xml:space="preserve"> die </w:t>
      </w:r>
      <w:proofErr w:type="spellStart"/>
      <w:r>
        <w:t>Hauptarbeit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Frühling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Frühsommer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die </w:t>
      </w:r>
      <w:proofErr w:type="spellStart"/>
      <w:r>
        <w:t>Brücken</w:t>
      </w:r>
      <w:proofErr w:type="spellEnd"/>
      <w:r>
        <w:t xml:space="preserve"> alle </w:t>
      </w:r>
      <w:proofErr w:type="spellStart"/>
      <w:r>
        <w:t>wieder</w:t>
      </w:r>
      <w:proofErr w:type="spellEnd"/>
      <w:r>
        <w:t xml:space="preserve">, </w:t>
      </w:r>
      <w:proofErr w:type="spellStart"/>
      <w:r>
        <w:t>äh</w:t>
      </w:r>
      <w:proofErr w:type="spellEnd"/>
      <w:r>
        <w:t xml:space="preserve">, </w:t>
      </w:r>
      <w:proofErr w:type="spellStart"/>
      <w:r>
        <w:t>instand</w:t>
      </w:r>
      <w:proofErr w:type="spellEnd"/>
      <w:r>
        <w:t xml:space="preserve"> </w:t>
      </w:r>
      <w:proofErr w:type="spellStart"/>
      <w:r>
        <w:t>gesetzt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. </w:t>
      </w:r>
    </w:p>
    <w:p w14:paraId="104E233A" w14:textId="77777777" w:rsidR="005526BC" w:rsidRDefault="005526BC"/>
    <w:p w14:paraId="20AA19D3" w14:textId="77777777" w:rsidR="005526BC" w:rsidRDefault="000122CF">
      <w:r>
        <w:rPr>
          <w:b/>
        </w:rPr>
        <w:t>00:16:41,304 --&gt; 00:16:50,704 [Christine Brugger (Moderatorin)]</w:t>
      </w:r>
    </w:p>
    <w:p w14:paraId="38AD7E82" w14:textId="77777777" w:rsidR="005526BC" w:rsidRDefault="000122CF">
      <w:r>
        <w:lastRenderedPageBreak/>
        <w:t xml:space="preserve">Zu den </w:t>
      </w:r>
      <w:proofErr w:type="spellStart"/>
      <w:r>
        <w:t>Schäden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dem Winter </w:t>
      </w:r>
      <w:proofErr w:type="spellStart"/>
      <w:r>
        <w:t>kommen</w:t>
      </w:r>
      <w:proofErr w:type="spellEnd"/>
      <w:r>
        <w:t xml:space="preserve"> </w:t>
      </w:r>
      <w:proofErr w:type="spellStart"/>
      <w:r>
        <w:t>noch</w:t>
      </w:r>
      <w:proofErr w:type="spellEnd"/>
      <w:r>
        <w:t xml:space="preserve"> die </w:t>
      </w:r>
      <w:proofErr w:type="spellStart"/>
      <w:r>
        <w:t>akuten</w:t>
      </w:r>
      <w:proofErr w:type="spellEnd"/>
      <w:r>
        <w:t xml:space="preserve"> </w:t>
      </w:r>
      <w:proofErr w:type="spellStart"/>
      <w:r>
        <w:t>Ereignisse</w:t>
      </w:r>
      <w:proofErr w:type="spellEnd"/>
      <w:r>
        <w:t xml:space="preserve"> </w:t>
      </w:r>
      <w:proofErr w:type="spellStart"/>
      <w:r>
        <w:t>während</w:t>
      </w:r>
      <w:proofErr w:type="spellEnd"/>
      <w:r>
        <w:t xml:space="preserve"> des Sommers. Wie </w:t>
      </w:r>
      <w:proofErr w:type="spellStart"/>
      <w:r>
        <w:t>werdet</w:t>
      </w:r>
      <w:proofErr w:type="spellEnd"/>
      <w:r>
        <w:t xml:space="preserve"> </w:t>
      </w:r>
      <w:proofErr w:type="spellStart"/>
      <w:r>
        <w:t>ihr</w:t>
      </w:r>
      <w:proofErr w:type="spellEnd"/>
      <w:r>
        <w:t xml:space="preserve"> </w:t>
      </w:r>
      <w:proofErr w:type="spellStart"/>
      <w:r>
        <w:t>darauf</w:t>
      </w:r>
      <w:proofErr w:type="spellEnd"/>
      <w:r>
        <w:t xml:space="preserve"> </w:t>
      </w:r>
      <w:proofErr w:type="spellStart"/>
      <w:r>
        <w:t>überhaupt</w:t>
      </w:r>
      <w:proofErr w:type="spellEnd"/>
      <w:r>
        <w:t xml:space="preserve"> </w:t>
      </w:r>
      <w:proofErr w:type="spellStart"/>
      <w:r>
        <w:t>aufmerksam</w:t>
      </w:r>
      <w:proofErr w:type="spellEnd"/>
      <w:r>
        <w:t xml:space="preserve">? </w:t>
      </w:r>
    </w:p>
    <w:p w14:paraId="72DB064F" w14:textId="77777777" w:rsidR="005526BC" w:rsidRDefault="005526BC"/>
    <w:p w14:paraId="578DF0AB" w14:textId="77777777" w:rsidR="005526BC" w:rsidRDefault="000122CF">
      <w:r>
        <w:rPr>
          <w:b/>
        </w:rPr>
        <w:t>00:16:50,704 --&gt; 00:17:12,344 [Martina Mattersberger (Gast)]</w:t>
      </w:r>
    </w:p>
    <w:p w14:paraId="7B56C694" w14:textId="2EC28289" w:rsidR="005526BC" w:rsidRDefault="000122CF">
      <w:r>
        <w:t xml:space="preserve">Ja, das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teilweise</w:t>
      </w:r>
      <w:proofErr w:type="spellEnd"/>
      <w:r>
        <w:t xml:space="preserve"> von </w:t>
      </w:r>
      <w:proofErr w:type="spellStart"/>
      <w:r>
        <w:t>Hüttenwirten</w:t>
      </w:r>
      <w:proofErr w:type="spellEnd"/>
      <w:r>
        <w:t xml:space="preserve"> </w:t>
      </w:r>
      <w:proofErr w:type="spellStart"/>
      <w:r>
        <w:t>gemeldet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von </w:t>
      </w:r>
      <w:proofErr w:type="spellStart"/>
      <w:r>
        <w:t>Wanderern</w:t>
      </w:r>
      <w:proofErr w:type="spellEnd"/>
      <w:r>
        <w:t xml:space="preserve">, die </w:t>
      </w:r>
      <w:proofErr w:type="spellStart"/>
      <w:r>
        <w:t>unterwegs</w:t>
      </w:r>
      <w:proofErr w:type="spellEnd"/>
      <w:r>
        <w:t xml:space="preserve"> sein, </w:t>
      </w:r>
      <w:proofErr w:type="spellStart"/>
      <w:r>
        <w:t>oder</w:t>
      </w:r>
      <w:proofErr w:type="spellEnd"/>
      <w:r>
        <w:t xml:space="preserve"> von </w:t>
      </w:r>
      <w:proofErr w:type="spellStart"/>
      <w:r>
        <w:t>Bauern</w:t>
      </w:r>
      <w:proofErr w:type="spellEnd"/>
      <w:r>
        <w:t xml:space="preserve">. Dann </w:t>
      </w:r>
      <w:proofErr w:type="spellStart"/>
      <w:r>
        <w:t>müssen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ausrücken</w:t>
      </w:r>
      <w:proofErr w:type="spellEnd"/>
      <w:r>
        <w:t xml:space="preserve">. Und das </w:t>
      </w:r>
      <w:proofErr w:type="spellStart"/>
      <w:r>
        <w:t>ist</w:t>
      </w:r>
      <w:proofErr w:type="spellEnd"/>
      <w:r>
        <w:t xml:space="preserve"> </w:t>
      </w:r>
      <w:proofErr w:type="spellStart"/>
      <w:r>
        <w:t>eben</w:t>
      </w:r>
      <w:proofErr w:type="spellEnd"/>
      <w:r>
        <w:t xml:space="preserve"> der </w:t>
      </w:r>
      <w:proofErr w:type="spellStart"/>
      <w:r>
        <w:t>Vorteil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Ort </w:t>
      </w:r>
      <w:proofErr w:type="spellStart"/>
      <w:r>
        <w:t>sind</w:t>
      </w:r>
      <w:proofErr w:type="spellEnd"/>
      <w:r>
        <w:t xml:space="preserve">, </w:t>
      </w:r>
      <w:proofErr w:type="spellStart"/>
      <w:r>
        <w:t>weil</w:t>
      </w:r>
      <w:proofErr w:type="spellEnd"/>
      <w:r>
        <w:t xml:space="preserve"> die </w:t>
      </w:r>
      <w:proofErr w:type="spellStart"/>
      <w:r>
        <w:t>Sektionen</w:t>
      </w:r>
      <w:proofErr w:type="spellEnd"/>
      <w:r>
        <w:t xml:space="preserve">, die </w:t>
      </w:r>
      <w:proofErr w:type="spellStart"/>
      <w:r>
        <w:t>sind</w:t>
      </w:r>
      <w:proofErr w:type="spellEnd"/>
      <w:r>
        <w:t xml:space="preserve"> ja alle </w:t>
      </w:r>
      <w:proofErr w:type="spellStart"/>
      <w:r>
        <w:t>weiter</w:t>
      </w:r>
      <w:proofErr w:type="spellEnd"/>
      <w:r>
        <w:t xml:space="preserve"> </w:t>
      </w:r>
      <w:proofErr w:type="spellStart"/>
      <w:r>
        <w:t>weg</w:t>
      </w:r>
      <w:proofErr w:type="spellEnd"/>
      <w:r>
        <w:t xml:space="preserve"> und so. Also die, </w:t>
      </w:r>
      <w:proofErr w:type="spellStart"/>
      <w:r>
        <w:t>wo</w:t>
      </w:r>
      <w:r w:rsidR="00D66439">
        <w:t>s</w:t>
      </w:r>
      <w:proofErr w:type="spellEnd"/>
      <w:r>
        <w:t xml:space="preserve"> </w:t>
      </w:r>
      <w:proofErr w:type="spellStart"/>
      <w:r>
        <w:t>eigentlich</w:t>
      </w:r>
      <w:proofErr w:type="spellEnd"/>
      <w:r>
        <w:t xml:space="preserve"> für das </w:t>
      </w:r>
      <w:proofErr w:type="spellStart"/>
      <w:r>
        <w:t>Arbeitsgebiet</w:t>
      </w:r>
      <w:proofErr w:type="spellEnd"/>
      <w:r>
        <w:t xml:space="preserve"> </w:t>
      </w:r>
      <w:proofErr w:type="spellStart"/>
      <w:r>
        <w:t>zuständig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, die </w:t>
      </w:r>
      <w:proofErr w:type="spellStart"/>
      <w:r>
        <w:t>beauftragen</w:t>
      </w:r>
      <w:proofErr w:type="spellEnd"/>
      <w:r>
        <w:t xml:space="preserve"> </w:t>
      </w:r>
      <w:proofErr w:type="spellStart"/>
      <w:r>
        <w:t>uns</w:t>
      </w:r>
      <w:proofErr w:type="spellEnd"/>
      <w:r>
        <w:t xml:space="preserve"> </w:t>
      </w:r>
      <w:proofErr w:type="spellStart"/>
      <w:r>
        <w:t>dann</w:t>
      </w:r>
      <w:proofErr w:type="spellEnd"/>
      <w:r>
        <w:t xml:space="preserve">, für den Schaden </w:t>
      </w:r>
      <w:proofErr w:type="spellStart"/>
      <w:r>
        <w:t>zu</w:t>
      </w:r>
      <w:proofErr w:type="spellEnd"/>
      <w:r>
        <w:t xml:space="preserve"> </w:t>
      </w:r>
      <w:proofErr w:type="spellStart"/>
      <w:r>
        <w:t>beheben</w:t>
      </w:r>
      <w:proofErr w:type="spellEnd"/>
      <w:r>
        <w:t xml:space="preserve"> und das </w:t>
      </w:r>
      <w:proofErr w:type="spellStart"/>
      <w:r>
        <w:t>ist</w:t>
      </w:r>
      <w:proofErr w:type="spellEnd"/>
      <w:r>
        <w:t xml:space="preserve"> </w:t>
      </w:r>
      <w:proofErr w:type="spellStart"/>
      <w:r>
        <w:t>dann</w:t>
      </w:r>
      <w:proofErr w:type="spellEnd"/>
      <w:r>
        <w:t xml:space="preserve"> </w:t>
      </w:r>
      <w:proofErr w:type="spellStart"/>
      <w:r>
        <w:t>eigentlich</w:t>
      </w:r>
      <w:proofErr w:type="spellEnd"/>
      <w:r>
        <w:t xml:space="preserve"> </w:t>
      </w:r>
      <w:proofErr w:type="spellStart"/>
      <w:r>
        <w:t>innerhalb</w:t>
      </w:r>
      <w:proofErr w:type="spellEnd"/>
      <w:r>
        <w:t xml:space="preserve"> von </w:t>
      </w:r>
      <w:proofErr w:type="spellStart"/>
      <w:r>
        <w:t>ein</w:t>
      </w:r>
      <w:proofErr w:type="spellEnd"/>
      <w:r>
        <w:t xml:space="preserve"> </w:t>
      </w:r>
      <w:proofErr w:type="spellStart"/>
      <w:r>
        <w:t>paar</w:t>
      </w:r>
      <w:proofErr w:type="spellEnd"/>
      <w:r>
        <w:t xml:space="preserve"> Tagen </w:t>
      </w:r>
      <w:proofErr w:type="spellStart"/>
      <w:r>
        <w:t>behoben</w:t>
      </w:r>
      <w:proofErr w:type="spellEnd"/>
      <w:r>
        <w:t xml:space="preserve">. </w:t>
      </w:r>
    </w:p>
    <w:p w14:paraId="4B0D22A3" w14:textId="77777777" w:rsidR="005526BC" w:rsidRDefault="005526BC"/>
    <w:p w14:paraId="51F69F41" w14:textId="77777777" w:rsidR="005526BC" w:rsidRDefault="000122CF">
      <w:r>
        <w:rPr>
          <w:b/>
        </w:rPr>
        <w:t>00:17:12,344 --&gt; 00:17:18,944 [Christine Brugger (Moderatorin)]</w:t>
      </w:r>
    </w:p>
    <w:p w14:paraId="7D486ADC" w14:textId="77777777" w:rsidR="005526BC" w:rsidRDefault="000122CF">
      <w:r>
        <w:t xml:space="preserve">Wie </w:t>
      </w:r>
      <w:proofErr w:type="spellStart"/>
      <w:r>
        <w:t>kann</w:t>
      </w:r>
      <w:proofErr w:type="spellEnd"/>
      <w:r>
        <w:t xml:space="preserve"> man </w:t>
      </w:r>
      <w:proofErr w:type="spellStart"/>
      <w:r>
        <w:t>sich</w:t>
      </w:r>
      <w:proofErr w:type="spellEnd"/>
      <w:r>
        <w:t xml:space="preserve"> das </w:t>
      </w:r>
      <w:proofErr w:type="spellStart"/>
      <w:r>
        <w:t>vorstellen</w:t>
      </w:r>
      <w:proofErr w:type="spellEnd"/>
      <w:r>
        <w:t xml:space="preserve">, so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Baustelle</w:t>
      </w:r>
      <w:proofErr w:type="spellEnd"/>
      <w:r>
        <w:t xml:space="preserve"> auf </w:t>
      </w:r>
      <w:proofErr w:type="spellStart"/>
      <w:r>
        <w:t>zweitausend</w:t>
      </w:r>
      <w:proofErr w:type="spellEnd"/>
      <w:r>
        <w:t xml:space="preserve">, </w:t>
      </w:r>
      <w:proofErr w:type="spellStart"/>
      <w:r>
        <w:t>zweieinhalbtausend</w:t>
      </w:r>
      <w:proofErr w:type="spellEnd"/>
      <w:r>
        <w:t xml:space="preserve"> </w:t>
      </w:r>
      <w:proofErr w:type="spellStart"/>
      <w:r>
        <w:t>Metern</w:t>
      </w:r>
      <w:proofErr w:type="spellEnd"/>
      <w:r>
        <w:t xml:space="preserve"> </w:t>
      </w:r>
      <w:proofErr w:type="spellStart"/>
      <w:r>
        <w:t>Höhe</w:t>
      </w:r>
      <w:proofErr w:type="spellEnd"/>
      <w:r>
        <w:t xml:space="preserve">? </w:t>
      </w:r>
    </w:p>
    <w:p w14:paraId="5E38697D" w14:textId="77777777" w:rsidR="005526BC" w:rsidRDefault="005526BC"/>
    <w:p w14:paraId="3533CC15" w14:textId="77777777" w:rsidR="005526BC" w:rsidRDefault="000122CF">
      <w:r>
        <w:rPr>
          <w:b/>
        </w:rPr>
        <w:t>00:17:20,204 --&gt; 00:17:32,484 [Martina Mattersberger (Gast)]</w:t>
      </w:r>
    </w:p>
    <w:p w14:paraId="1F291C25" w14:textId="77777777" w:rsidR="005526BC" w:rsidRDefault="000122CF">
      <w:r>
        <w:t xml:space="preserve">Ja, </w:t>
      </w:r>
      <w:proofErr w:type="spellStart"/>
      <w:r>
        <w:t>einmal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weiter</w:t>
      </w:r>
      <w:proofErr w:type="spellEnd"/>
      <w:r>
        <w:t xml:space="preserve"> </w:t>
      </w:r>
      <w:proofErr w:type="spellStart"/>
      <w:r>
        <w:t>Anstieg</w:t>
      </w:r>
      <w:proofErr w:type="spellEnd"/>
      <w:r>
        <w:t>. [</w:t>
      </w:r>
      <w:proofErr w:type="spellStart"/>
      <w:r>
        <w:t>lacht</w:t>
      </w:r>
      <w:proofErr w:type="spellEnd"/>
      <w:r>
        <w:t xml:space="preserve">] Also man muss fit sein und </w:t>
      </w:r>
      <w:proofErr w:type="spellStart"/>
      <w:r>
        <w:t>dann</w:t>
      </w:r>
      <w:proofErr w:type="spellEnd"/>
      <w:r>
        <w:t xml:space="preserve"> </w:t>
      </w:r>
      <w:proofErr w:type="spellStart"/>
      <w:r>
        <w:t>natürlich</w:t>
      </w:r>
      <w:proofErr w:type="spellEnd"/>
      <w:r>
        <w:t xml:space="preserve"> </w:t>
      </w:r>
      <w:proofErr w:type="spellStart"/>
      <w:r>
        <w:t>viel</w:t>
      </w:r>
      <w:proofErr w:type="spellEnd"/>
      <w:r>
        <w:t xml:space="preserve"> </w:t>
      </w:r>
      <w:proofErr w:type="spellStart"/>
      <w:r>
        <w:t>zum</w:t>
      </w:r>
      <w:proofErr w:type="spellEnd"/>
      <w:r>
        <w:t xml:space="preserve"> Tragen, also </w:t>
      </w:r>
      <w:proofErr w:type="spellStart"/>
      <w:r>
        <w:t>schwer</w:t>
      </w:r>
      <w:proofErr w:type="spellEnd"/>
      <w:r>
        <w:t xml:space="preserve"> </w:t>
      </w:r>
      <w:proofErr w:type="spellStart"/>
      <w:r>
        <w:t>zum</w:t>
      </w:r>
      <w:proofErr w:type="spellEnd"/>
      <w:r>
        <w:t xml:space="preserve"> </w:t>
      </w:r>
      <w:proofErr w:type="spellStart"/>
      <w:r>
        <w:t>Rauftragen</w:t>
      </w:r>
      <w:proofErr w:type="spellEnd"/>
      <w:r>
        <w:t xml:space="preserve">. Und das Wetter </w:t>
      </w:r>
      <w:proofErr w:type="spellStart"/>
      <w:r>
        <w:t>ist</w:t>
      </w:r>
      <w:proofErr w:type="spellEnd"/>
      <w:r>
        <w:t xml:space="preserve"> </w:t>
      </w:r>
      <w:proofErr w:type="spellStart"/>
      <w:r>
        <w:t>natürlich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nicht immer das </w:t>
      </w:r>
      <w:proofErr w:type="spellStart"/>
      <w:r>
        <w:t>Feinste</w:t>
      </w:r>
      <w:proofErr w:type="spellEnd"/>
      <w:r>
        <w:t xml:space="preserve">, </w:t>
      </w:r>
      <w:proofErr w:type="spellStart"/>
      <w:r>
        <w:t>spielt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nicht immer </w:t>
      </w:r>
      <w:proofErr w:type="spellStart"/>
      <w:r>
        <w:t>mit</w:t>
      </w:r>
      <w:proofErr w:type="spellEnd"/>
      <w:r>
        <w:t xml:space="preserve">. </w:t>
      </w:r>
    </w:p>
    <w:p w14:paraId="07297B1B" w14:textId="77777777" w:rsidR="005526BC" w:rsidRDefault="005526BC"/>
    <w:p w14:paraId="5D646F1B" w14:textId="77777777" w:rsidR="005526BC" w:rsidRDefault="000122CF">
      <w:r>
        <w:rPr>
          <w:b/>
        </w:rPr>
        <w:t>00:17:32,484 --&gt; 00:17:35,544 [Christine Brugger (Moderatorin)]</w:t>
      </w:r>
    </w:p>
    <w:p w14:paraId="710756C4" w14:textId="77777777" w:rsidR="005526BC" w:rsidRDefault="000122CF">
      <w:r>
        <w:t xml:space="preserve">Das </w:t>
      </w:r>
      <w:proofErr w:type="spellStart"/>
      <w:r>
        <w:t>heißt</w:t>
      </w:r>
      <w:proofErr w:type="spellEnd"/>
      <w:r>
        <w:t xml:space="preserve">, das </w:t>
      </w:r>
      <w:proofErr w:type="spellStart"/>
      <w:r>
        <w:t>ist</w:t>
      </w:r>
      <w:proofErr w:type="spellEnd"/>
      <w:r>
        <w:t xml:space="preserve"> </w:t>
      </w:r>
      <w:proofErr w:type="spellStart"/>
      <w:r>
        <w:t>alles</w:t>
      </w:r>
      <w:proofErr w:type="spellEnd"/>
      <w:r>
        <w:t xml:space="preserve"> </w:t>
      </w:r>
      <w:proofErr w:type="spellStart"/>
      <w:r>
        <w:t>händische</w:t>
      </w:r>
      <w:proofErr w:type="spellEnd"/>
      <w:r>
        <w:t xml:space="preserve"> Arbeit? </w:t>
      </w:r>
    </w:p>
    <w:p w14:paraId="419895FD" w14:textId="77777777" w:rsidR="005526BC" w:rsidRDefault="005526BC"/>
    <w:p w14:paraId="15BEDD42" w14:textId="77777777" w:rsidR="005526BC" w:rsidRDefault="000122CF">
      <w:r>
        <w:rPr>
          <w:b/>
        </w:rPr>
        <w:t>00:17:35,544 --&gt; 00:18:02,984 [Martina Mattersberger (Gast)]</w:t>
      </w:r>
    </w:p>
    <w:p w14:paraId="563AF85A" w14:textId="6B8FCBBF" w:rsidR="005526BC" w:rsidRDefault="000122CF">
      <w:proofErr w:type="spellStart"/>
      <w:r>
        <w:t>Genau</w:t>
      </w:r>
      <w:proofErr w:type="spellEnd"/>
      <w:r>
        <w:t xml:space="preserve">, das </w:t>
      </w:r>
      <w:proofErr w:type="spellStart"/>
      <w:r>
        <w:t>ist</w:t>
      </w:r>
      <w:proofErr w:type="spellEnd"/>
      <w:r>
        <w:t xml:space="preserve"> </w:t>
      </w:r>
      <w:proofErr w:type="spellStart"/>
      <w:r>
        <w:t>alles</w:t>
      </w:r>
      <w:proofErr w:type="spellEnd"/>
      <w:r>
        <w:t xml:space="preserve"> </w:t>
      </w:r>
      <w:proofErr w:type="spellStart"/>
      <w:r>
        <w:t>händische</w:t>
      </w:r>
      <w:proofErr w:type="spellEnd"/>
      <w:r>
        <w:t xml:space="preserve"> Arbeit. Pickel und </w:t>
      </w:r>
      <w:proofErr w:type="spellStart"/>
      <w:r>
        <w:t>Schaufel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 die </w:t>
      </w:r>
      <w:proofErr w:type="spellStart"/>
      <w:r>
        <w:t>Hauptarbeitsmittel</w:t>
      </w:r>
      <w:proofErr w:type="spellEnd"/>
      <w:r>
        <w:t xml:space="preserve"> von den </w:t>
      </w:r>
      <w:proofErr w:type="spellStart"/>
      <w:r>
        <w:t>Arbeitern</w:t>
      </w:r>
      <w:proofErr w:type="spellEnd"/>
      <w:r>
        <w:t xml:space="preserve">. </w:t>
      </w:r>
      <w:proofErr w:type="spellStart"/>
      <w:r>
        <w:t>Wobei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letztes</w:t>
      </w:r>
      <w:proofErr w:type="spellEnd"/>
      <w:r>
        <w:t xml:space="preserve"> Jahr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Einsatz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einem</w:t>
      </w:r>
      <w:proofErr w:type="spellEnd"/>
      <w:r>
        <w:t xml:space="preserve"> Bagger </w:t>
      </w:r>
      <w:proofErr w:type="spellStart"/>
      <w:r>
        <w:t>gehabt</w:t>
      </w:r>
      <w:proofErr w:type="spellEnd"/>
      <w:r>
        <w:t xml:space="preserve"> </w:t>
      </w:r>
      <w:proofErr w:type="spellStart"/>
      <w:r>
        <w:t>haben</w:t>
      </w:r>
      <w:proofErr w:type="spellEnd"/>
      <w:r>
        <w:t xml:space="preserve">. Da </w:t>
      </w:r>
      <w:proofErr w:type="spellStart"/>
      <w:r>
        <w:t>wurde</w:t>
      </w:r>
      <w:proofErr w:type="spellEnd"/>
      <w:r>
        <w:t xml:space="preserve"> der Steig auf die </w:t>
      </w:r>
      <w:r w:rsidR="00D66439">
        <w:t>N</w:t>
      </w:r>
      <w:r>
        <w:t xml:space="preserve">eue </w:t>
      </w:r>
      <w:proofErr w:type="spellStart"/>
      <w:r>
        <w:t>Prager</w:t>
      </w:r>
      <w:r w:rsidR="00D66439">
        <w:t>h</w:t>
      </w:r>
      <w:r>
        <w:t>ütte</w:t>
      </w:r>
      <w:proofErr w:type="spellEnd"/>
      <w:r>
        <w:t xml:space="preserve"> </w:t>
      </w:r>
      <w:proofErr w:type="spellStart"/>
      <w:r>
        <w:t>gerichtet</w:t>
      </w:r>
      <w:proofErr w:type="spellEnd"/>
      <w:r>
        <w:t xml:space="preserve">. </w:t>
      </w:r>
      <w:proofErr w:type="spellStart"/>
      <w:r>
        <w:t>Äh</w:t>
      </w:r>
      <w:proofErr w:type="spellEnd"/>
      <w:r>
        <w:t xml:space="preserve">, </w:t>
      </w:r>
      <w:proofErr w:type="spellStart"/>
      <w:r>
        <w:t>im</w:t>
      </w:r>
      <w:proofErr w:type="spellEnd"/>
      <w:r>
        <w:t xml:space="preserve"> </w:t>
      </w:r>
      <w:proofErr w:type="spellStart"/>
      <w:r>
        <w:t>Zuge</w:t>
      </w:r>
      <w:proofErr w:type="spellEnd"/>
      <w:r>
        <w:t xml:space="preserve"> von der </w:t>
      </w:r>
      <w:proofErr w:type="spellStart"/>
      <w:r>
        <w:t>Baustelle</w:t>
      </w:r>
      <w:proofErr w:type="spellEnd"/>
      <w:r>
        <w:t xml:space="preserve"> </w:t>
      </w:r>
      <w:proofErr w:type="spellStart"/>
      <w:r>
        <w:t>oben</w:t>
      </w:r>
      <w:proofErr w:type="spellEnd"/>
      <w:r>
        <w:t xml:space="preserve"> war </w:t>
      </w:r>
      <w:proofErr w:type="spellStart"/>
      <w:r>
        <w:t>ein</w:t>
      </w:r>
      <w:proofErr w:type="spellEnd"/>
      <w:r>
        <w:t xml:space="preserve"> </w:t>
      </w:r>
      <w:proofErr w:type="spellStart"/>
      <w:r>
        <w:t>Schreitbagger</w:t>
      </w:r>
      <w:proofErr w:type="spellEnd"/>
      <w:r>
        <w:t xml:space="preserve"> </w:t>
      </w:r>
      <w:proofErr w:type="spellStart"/>
      <w:r>
        <w:t>oben</w:t>
      </w:r>
      <w:proofErr w:type="spellEnd"/>
      <w:r>
        <w:t xml:space="preserve"> und der hat </w:t>
      </w:r>
      <w:proofErr w:type="spellStart"/>
      <w:r>
        <w:t>dann</w:t>
      </w:r>
      <w:proofErr w:type="spellEnd"/>
      <w:r>
        <w:t xml:space="preserve"> </w:t>
      </w:r>
      <w:proofErr w:type="spellStart"/>
      <w:r>
        <w:t>beim</w:t>
      </w:r>
      <w:proofErr w:type="spellEnd"/>
      <w:r>
        <w:t xml:space="preserve"> </w:t>
      </w:r>
      <w:proofErr w:type="spellStart"/>
      <w:r>
        <w:t>Runterfahren</w:t>
      </w:r>
      <w:proofErr w:type="spellEnd"/>
      <w:r>
        <w:t xml:space="preserve"> </w:t>
      </w:r>
      <w:proofErr w:type="spellStart"/>
      <w:r>
        <w:t>sozusagen</w:t>
      </w:r>
      <w:proofErr w:type="spellEnd"/>
      <w:r>
        <w:t xml:space="preserve">, hat er </w:t>
      </w:r>
      <w:proofErr w:type="spellStart"/>
      <w:r>
        <w:t>dann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dem </w:t>
      </w:r>
      <w:proofErr w:type="spellStart"/>
      <w:r>
        <w:t>Wegbautrupp</w:t>
      </w:r>
      <w:proofErr w:type="spellEnd"/>
      <w:r>
        <w:t xml:space="preserve">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wunderschönen</w:t>
      </w:r>
      <w:proofErr w:type="spellEnd"/>
      <w:r>
        <w:t xml:space="preserve"> Weg </w:t>
      </w:r>
      <w:proofErr w:type="spellStart"/>
      <w:r>
        <w:t>angelegt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den </w:t>
      </w:r>
      <w:proofErr w:type="spellStart"/>
      <w:r>
        <w:t>Steinplatten</w:t>
      </w:r>
      <w:proofErr w:type="spellEnd"/>
      <w:r>
        <w:t xml:space="preserve"> und der </w:t>
      </w:r>
      <w:proofErr w:type="spellStart"/>
      <w:r>
        <w:t>sehr</w:t>
      </w:r>
      <w:proofErr w:type="spellEnd"/>
      <w:r>
        <w:t xml:space="preserve"> lang </w:t>
      </w:r>
      <w:proofErr w:type="spellStart"/>
      <w:r>
        <w:t>halten</w:t>
      </w:r>
      <w:proofErr w:type="spellEnd"/>
      <w:r>
        <w:t xml:space="preserve"> </w:t>
      </w:r>
      <w:proofErr w:type="spellStart"/>
      <w:r>
        <w:t>sollte</w:t>
      </w:r>
      <w:proofErr w:type="spellEnd"/>
      <w:r>
        <w:t xml:space="preserve">. </w:t>
      </w:r>
    </w:p>
    <w:p w14:paraId="2F568A8F" w14:textId="77777777" w:rsidR="005526BC" w:rsidRDefault="005526BC"/>
    <w:p w14:paraId="260E5F13" w14:textId="77777777" w:rsidR="005526BC" w:rsidRDefault="000122CF">
      <w:r>
        <w:rPr>
          <w:b/>
        </w:rPr>
        <w:t>00:18:02,984 --&gt; 00:18:07,324 [Christine Brugger (Moderatorin)]</w:t>
      </w:r>
    </w:p>
    <w:p w14:paraId="10622E8D" w14:textId="79EDA6E8" w:rsidR="005526BC" w:rsidRDefault="000122CF">
      <w:r>
        <w:lastRenderedPageBreak/>
        <w:t xml:space="preserve">Was gilt es da </w:t>
      </w:r>
      <w:proofErr w:type="spellStart"/>
      <w:r>
        <w:t>zu</w:t>
      </w:r>
      <w:proofErr w:type="spellEnd"/>
      <w:r>
        <w:t xml:space="preserve"> </w:t>
      </w:r>
      <w:proofErr w:type="spellStart"/>
      <w:r>
        <w:t>berücksichtigen</w:t>
      </w:r>
      <w:proofErr w:type="spellEnd"/>
      <w:r>
        <w:t xml:space="preserve">, </w:t>
      </w:r>
      <w:proofErr w:type="spellStart"/>
      <w:r>
        <w:t>wenn</w:t>
      </w:r>
      <w:proofErr w:type="spellEnd"/>
      <w:r>
        <w:t xml:space="preserve"> man </w:t>
      </w:r>
      <w:proofErr w:type="spellStart"/>
      <w:r>
        <w:t>im</w:t>
      </w:r>
      <w:proofErr w:type="spellEnd"/>
      <w:r>
        <w:t xml:space="preserve"> </w:t>
      </w:r>
      <w:proofErr w:type="spellStart"/>
      <w:r>
        <w:t>Nationalpark</w:t>
      </w:r>
      <w:proofErr w:type="spellEnd"/>
      <w:r>
        <w:t xml:space="preserve"> Hohe Tauern Wege </w:t>
      </w:r>
      <w:proofErr w:type="spellStart"/>
      <w:r>
        <w:t>baut</w:t>
      </w:r>
      <w:proofErr w:type="spellEnd"/>
      <w:r>
        <w:t>?</w:t>
      </w:r>
    </w:p>
    <w:p w14:paraId="21A0981D" w14:textId="77777777" w:rsidR="005526BC" w:rsidRDefault="005526BC"/>
    <w:p w14:paraId="28F84F8D" w14:textId="77777777" w:rsidR="005526BC" w:rsidRDefault="000122CF">
      <w:r>
        <w:rPr>
          <w:b/>
        </w:rPr>
        <w:t>00:18:07,780 --&gt; 00:18:16,800 [Martina Mattersberger (Gast)]</w:t>
      </w:r>
    </w:p>
    <w:p w14:paraId="5910A4D8" w14:textId="77777777" w:rsidR="005526BC" w:rsidRDefault="000122CF">
      <w:r>
        <w:t xml:space="preserve">Ja, es </w:t>
      </w:r>
      <w:proofErr w:type="spellStart"/>
      <w:r>
        <w:t>soll</w:t>
      </w:r>
      <w:proofErr w:type="spellEnd"/>
      <w:r>
        <w:t xml:space="preserve"> halt ins </w:t>
      </w:r>
      <w:proofErr w:type="spellStart"/>
      <w:r>
        <w:t>Landschaftsbild</w:t>
      </w:r>
      <w:proofErr w:type="spellEnd"/>
      <w:r>
        <w:t xml:space="preserve"> </w:t>
      </w:r>
      <w:proofErr w:type="spellStart"/>
      <w:r>
        <w:t>vom</w:t>
      </w:r>
      <w:proofErr w:type="spellEnd"/>
      <w:r>
        <w:t xml:space="preserve"> </w:t>
      </w:r>
      <w:proofErr w:type="spellStart"/>
      <w:r>
        <w:t>Nationalpark</w:t>
      </w:r>
      <w:proofErr w:type="spellEnd"/>
      <w:r>
        <w:t xml:space="preserve"> </w:t>
      </w:r>
      <w:proofErr w:type="spellStart"/>
      <w:r>
        <w:t>passen</w:t>
      </w:r>
      <w:proofErr w:type="spellEnd"/>
      <w:r>
        <w:t xml:space="preserve">. Es, es </w:t>
      </w:r>
      <w:proofErr w:type="spellStart"/>
      <w:r>
        <w:t>soll</w:t>
      </w:r>
      <w:proofErr w:type="spellEnd"/>
      <w:r>
        <w:t xml:space="preserve"> halt </w:t>
      </w:r>
      <w:proofErr w:type="spellStart"/>
      <w:r>
        <w:t>auch</w:t>
      </w:r>
      <w:proofErr w:type="spellEnd"/>
      <w:r>
        <w:t xml:space="preserve"> nicht </w:t>
      </w:r>
      <w:proofErr w:type="spellStart"/>
      <w:r>
        <w:t>zu</w:t>
      </w:r>
      <w:proofErr w:type="spellEnd"/>
      <w:r>
        <w:t xml:space="preserve"> </w:t>
      </w:r>
      <w:proofErr w:type="spellStart"/>
      <w:r>
        <w:t>steil</w:t>
      </w:r>
      <w:proofErr w:type="spellEnd"/>
      <w:r>
        <w:t xml:space="preserve"> </w:t>
      </w:r>
      <w:proofErr w:type="spellStart"/>
      <w:r>
        <w:t>angelegt</w:t>
      </w:r>
      <w:proofErr w:type="spellEnd"/>
      <w:r>
        <w:t xml:space="preserve"> sein, </w:t>
      </w:r>
      <w:proofErr w:type="spellStart"/>
      <w:r>
        <w:t>dass</w:t>
      </w:r>
      <w:proofErr w:type="spellEnd"/>
      <w:r>
        <w:t xml:space="preserve"> alle Wanderer den Weg </w:t>
      </w:r>
      <w:proofErr w:type="spellStart"/>
      <w:r>
        <w:t>bezwingen</w:t>
      </w:r>
      <w:proofErr w:type="spellEnd"/>
      <w:r>
        <w:t xml:space="preserve"> </w:t>
      </w:r>
      <w:proofErr w:type="spellStart"/>
      <w:r>
        <w:t>können</w:t>
      </w:r>
      <w:proofErr w:type="spellEnd"/>
      <w:r>
        <w:t xml:space="preserve">. Ja. </w:t>
      </w:r>
    </w:p>
    <w:p w14:paraId="6E90DD64" w14:textId="77777777" w:rsidR="005526BC" w:rsidRDefault="005526BC"/>
    <w:p w14:paraId="468A26E2" w14:textId="77777777" w:rsidR="005526BC" w:rsidRDefault="000122CF">
      <w:r>
        <w:rPr>
          <w:b/>
        </w:rPr>
        <w:t>00:18:16,800 --&gt; 00:18:21,640 [Christine Brugger (Moderatorin)]</w:t>
      </w:r>
    </w:p>
    <w:p w14:paraId="3D02991F" w14:textId="77777777" w:rsidR="005526BC" w:rsidRDefault="000122CF">
      <w:proofErr w:type="spellStart"/>
      <w:r>
        <w:t>Lässt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alles</w:t>
      </w:r>
      <w:proofErr w:type="spellEnd"/>
      <w:r>
        <w:t xml:space="preserve"> </w:t>
      </w:r>
      <w:proofErr w:type="spellStart"/>
      <w:r>
        <w:t>richten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gibt's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Wege, wo man </w:t>
      </w:r>
      <w:proofErr w:type="spellStart"/>
      <w:r>
        <w:t>sagt</w:t>
      </w:r>
      <w:proofErr w:type="spellEnd"/>
      <w:r>
        <w:t xml:space="preserve">, die </w:t>
      </w:r>
      <w:proofErr w:type="spellStart"/>
      <w:r>
        <w:t>gehen</w:t>
      </w:r>
      <w:proofErr w:type="spellEnd"/>
      <w:r>
        <w:t xml:space="preserve"> gar </w:t>
      </w:r>
      <w:proofErr w:type="spellStart"/>
      <w:r>
        <w:t>nimmer</w:t>
      </w:r>
      <w:proofErr w:type="spellEnd"/>
      <w:r>
        <w:t xml:space="preserve">? </w:t>
      </w:r>
    </w:p>
    <w:p w14:paraId="27B91F1E" w14:textId="77777777" w:rsidR="005526BC" w:rsidRDefault="005526BC"/>
    <w:p w14:paraId="03EB881C" w14:textId="77777777" w:rsidR="005526BC" w:rsidRDefault="000122CF">
      <w:r>
        <w:rPr>
          <w:b/>
        </w:rPr>
        <w:t>00:18:22,700 --&gt; 00:18:40,480 [Martina Mattersberger (Gast)]</w:t>
      </w:r>
    </w:p>
    <w:p w14:paraId="7DD15536" w14:textId="184198A1" w:rsidR="005526BC" w:rsidRDefault="000122CF">
      <w:r>
        <w:t xml:space="preserve">Na, es </w:t>
      </w:r>
      <w:proofErr w:type="spellStart"/>
      <w:r>
        <w:t>gibt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 Wege, die </w:t>
      </w:r>
      <w:proofErr w:type="spellStart"/>
      <w:r>
        <w:t>gehen</w:t>
      </w:r>
      <w:proofErr w:type="spellEnd"/>
      <w:r>
        <w:t xml:space="preserve"> gar </w:t>
      </w:r>
      <w:proofErr w:type="spellStart"/>
      <w:r>
        <w:t>nimmer</w:t>
      </w:r>
      <w:proofErr w:type="spellEnd"/>
      <w:r>
        <w:t xml:space="preserve">. Zum </w:t>
      </w:r>
      <w:proofErr w:type="spellStart"/>
      <w:r>
        <w:t>Beispiel</w:t>
      </w:r>
      <w:proofErr w:type="spellEnd"/>
      <w:r>
        <w:t xml:space="preserve"> </w:t>
      </w:r>
      <w:proofErr w:type="spellStart"/>
      <w:r>
        <w:t>haben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einem</w:t>
      </w:r>
      <w:proofErr w:type="spellEnd"/>
      <w:r>
        <w:t xml:space="preserve"> Jahr, </w:t>
      </w:r>
      <w:proofErr w:type="spellStart"/>
      <w:r>
        <w:t>haben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in Kals </w:t>
      </w:r>
      <w:proofErr w:type="spellStart"/>
      <w:r>
        <w:t>einen</w:t>
      </w:r>
      <w:proofErr w:type="spellEnd"/>
      <w:r>
        <w:t xml:space="preserve"> Weg </w:t>
      </w:r>
      <w:proofErr w:type="spellStart"/>
      <w:r>
        <w:t>verlegen</w:t>
      </w:r>
      <w:proofErr w:type="spellEnd"/>
      <w:r>
        <w:t xml:space="preserve"> </w:t>
      </w:r>
      <w:proofErr w:type="spellStart"/>
      <w:r>
        <w:t>müssen</w:t>
      </w:r>
      <w:proofErr w:type="spellEnd"/>
      <w:r>
        <w:t xml:space="preserve">, </w:t>
      </w:r>
      <w:proofErr w:type="spellStart"/>
      <w:r>
        <w:t>weil</w:t>
      </w:r>
      <w:proofErr w:type="spellEnd"/>
      <w:r>
        <w:t xml:space="preserve"> </w:t>
      </w:r>
      <w:proofErr w:type="spellStart"/>
      <w:r>
        <w:t>eben</w:t>
      </w:r>
      <w:proofErr w:type="spellEnd"/>
      <w:r>
        <w:t xml:space="preserve"> immer </w:t>
      </w:r>
      <w:proofErr w:type="spellStart"/>
      <w:r>
        <w:t>Abrutschungen</w:t>
      </w:r>
      <w:proofErr w:type="spellEnd"/>
      <w:r>
        <w:t xml:space="preserve"> sein und der </w:t>
      </w:r>
      <w:proofErr w:type="spellStart"/>
      <w:r>
        <w:t>ist</w:t>
      </w:r>
      <w:proofErr w:type="spellEnd"/>
      <w:r>
        <w:t xml:space="preserve"> </w:t>
      </w:r>
      <w:proofErr w:type="spellStart"/>
      <w:r>
        <w:t>dann</w:t>
      </w:r>
      <w:proofErr w:type="spellEnd"/>
      <w:r>
        <w:t xml:space="preserve"> </w:t>
      </w:r>
      <w:proofErr w:type="spellStart"/>
      <w:r w:rsidR="00D66439" w:rsidRPr="00D66439">
        <w:t>n</w:t>
      </w:r>
      <w:r>
        <w:t>immer</w:t>
      </w:r>
      <w:proofErr w:type="spellEnd"/>
      <w:r>
        <w:t xml:space="preserve"> still </w:t>
      </w:r>
      <w:proofErr w:type="spellStart"/>
      <w:r>
        <w:t>gewesen</w:t>
      </w:r>
      <w:proofErr w:type="spellEnd"/>
      <w:r>
        <w:t xml:space="preserve">, der Weg. Und </w:t>
      </w:r>
      <w:proofErr w:type="spellStart"/>
      <w:r>
        <w:t>deswegen</w:t>
      </w:r>
      <w:proofErr w:type="spellEnd"/>
      <w:r>
        <w:t xml:space="preserve"> </w:t>
      </w:r>
      <w:proofErr w:type="spellStart"/>
      <w:r>
        <w:t>haben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dann</w:t>
      </w:r>
      <w:proofErr w:type="spellEnd"/>
      <w:r>
        <w:t xml:space="preserve"> den Weg </w:t>
      </w:r>
      <w:proofErr w:type="spellStart"/>
      <w:r>
        <w:t>verlegt</w:t>
      </w:r>
      <w:proofErr w:type="spellEnd"/>
      <w:r>
        <w:t xml:space="preserve"> in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andere</w:t>
      </w:r>
      <w:proofErr w:type="spellEnd"/>
      <w:r>
        <w:t xml:space="preserve"> Stelle. Das </w:t>
      </w:r>
      <w:proofErr w:type="spellStart"/>
      <w:r>
        <w:t>ist</w:t>
      </w:r>
      <w:proofErr w:type="spellEnd"/>
      <w:r>
        <w:t xml:space="preserve"> halt </w:t>
      </w:r>
      <w:proofErr w:type="spellStart"/>
      <w:r>
        <w:t>dann</w:t>
      </w:r>
      <w:proofErr w:type="spellEnd"/>
      <w:r>
        <w:t xml:space="preserve"> </w:t>
      </w:r>
      <w:proofErr w:type="spellStart"/>
      <w:r>
        <w:t>zehn</w:t>
      </w:r>
      <w:proofErr w:type="spellEnd"/>
      <w:r>
        <w:t xml:space="preserve"> Minuten </w:t>
      </w:r>
      <w:proofErr w:type="spellStart"/>
      <w:r>
        <w:t>weiter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gehen</w:t>
      </w:r>
      <w:proofErr w:type="spellEnd"/>
      <w:r>
        <w:t xml:space="preserve">, </w:t>
      </w:r>
      <w:proofErr w:type="spellStart"/>
      <w:r>
        <w:t>aber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sicher</w:t>
      </w:r>
      <w:proofErr w:type="spellEnd"/>
      <w:r>
        <w:t xml:space="preserve"> </w:t>
      </w:r>
      <w:proofErr w:type="spellStart"/>
      <w:r>
        <w:t>sicherer</w:t>
      </w:r>
      <w:proofErr w:type="spellEnd"/>
      <w:r>
        <w:t xml:space="preserve">. </w:t>
      </w:r>
    </w:p>
    <w:p w14:paraId="62BEFDEA" w14:textId="77777777" w:rsidR="005526BC" w:rsidRDefault="005526BC"/>
    <w:p w14:paraId="541FD93E" w14:textId="77777777" w:rsidR="005526BC" w:rsidRDefault="000122CF">
      <w:r>
        <w:rPr>
          <w:b/>
        </w:rPr>
        <w:t>00:18:40,480 --&gt; 00:18:45,880 [Christine Brugger (Moderatorin)]</w:t>
      </w:r>
    </w:p>
    <w:p w14:paraId="64DDF431" w14:textId="77777777" w:rsidR="005526BC" w:rsidRDefault="000122CF">
      <w:proofErr w:type="spellStart"/>
      <w:r>
        <w:t>Jetzt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das ja </w:t>
      </w:r>
      <w:proofErr w:type="spellStart"/>
      <w:r>
        <w:t>ein</w:t>
      </w:r>
      <w:proofErr w:type="spellEnd"/>
      <w:r>
        <w:t xml:space="preserve"> </w:t>
      </w:r>
      <w:proofErr w:type="spellStart"/>
      <w:r>
        <w:t>ziemlicher</w:t>
      </w:r>
      <w:proofErr w:type="spellEnd"/>
      <w:r>
        <w:t xml:space="preserve"> </w:t>
      </w:r>
      <w:proofErr w:type="spellStart"/>
      <w:r>
        <w:t>Aufwand</w:t>
      </w:r>
      <w:proofErr w:type="spellEnd"/>
      <w:r>
        <w:t xml:space="preserve">. Wie </w:t>
      </w:r>
      <w:proofErr w:type="spellStart"/>
      <w:r>
        <w:t>können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das die </w:t>
      </w:r>
      <w:proofErr w:type="spellStart"/>
      <w:r>
        <w:t>Sektionen</w:t>
      </w:r>
      <w:proofErr w:type="spellEnd"/>
      <w:r>
        <w:t xml:space="preserve"> </w:t>
      </w:r>
      <w:proofErr w:type="spellStart"/>
      <w:r>
        <w:t>leisten</w:t>
      </w:r>
      <w:proofErr w:type="spellEnd"/>
      <w:r>
        <w:t xml:space="preserve">? </w:t>
      </w:r>
    </w:p>
    <w:p w14:paraId="31EDDF62" w14:textId="77777777" w:rsidR="005526BC" w:rsidRDefault="005526BC"/>
    <w:p w14:paraId="0D9F7571" w14:textId="77777777" w:rsidR="005526BC" w:rsidRDefault="000122CF">
      <w:r>
        <w:rPr>
          <w:b/>
        </w:rPr>
        <w:t>00:18:45,880 --&gt; 00:19:21,700 [Martina Mattersberger (Gast)]</w:t>
      </w:r>
    </w:p>
    <w:p w14:paraId="3969246D" w14:textId="77777777" w:rsidR="005526BC" w:rsidRDefault="000122CF">
      <w:r>
        <w:t xml:space="preserve">Die </w:t>
      </w:r>
      <w:proofErr w:type="spellStart"/>
      <w:r>
        <w:t>Sektionen</w:t>
      </w:r>
      <w:proofErr w:type="spellEnd"/>
      <w:r>
        <w:t xml:space="preserve"> sein </w:t>
      </w:r>
      <w:proofErr w:type="spellStart"/>
      <w:r>
        <w:t>hauptsächlich</w:t>
      </w:r>
      <w:proofErr w:type="spellEnd"/>
      <w:r>
        <w:t xml:space="preserve"> </w:t>
      </w:r>
      <w:proofErr w:type="spellStart"/>
      <w:r>
        <w:t>vom</w:t>
      </w:r>
      <w:proofErr w:type="spellEnd"/>
      <w:r>
        <w:t xml:space="preserve"> </w:t>
      </w:r>
      <w:proofErr w:type="spellStart"/>
      <w:r>
        <w:t>österreichischen</w:t>
      </w:r>
      <w:proofErr w:type="spellEnd"/>
      <w:r>
        <w:t xml:space="preserve"> und </w:t>
      </w:r>
      <w:proofErr w:type="spellStart"/>
      <w:r>
        <w:t>vom</w:t>
      </w:r>
      <w:proofErr w:type="spellEnd"/>
      <w:r>
        <w:t xml:space="preserve"> </w:t>
      </w:r>
      <w:proofErr w:type="spellStart"/>
      <w:r>
        <w:t>deutschen</w:t>
      </w:r>
      <w:proofErr w:type="spellEnd"/>
      <w:r>
        <w:t xml:space="preserve"> </w:t>
      </w:r>
      <w:proofErr w:type="spellStart"/>
      <w:r>
        <w:t>Alpenverein</w:t>
      </w:r>
      <w:proofErr w:type="spellEnd"/>
      <w:r>
        <w:t xml:space="preserve"> und die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unterstützt</w:t>
      </w:r>
      <w:proofErr w:type="spellEnd"/>
      <w:r>
        <w:t xml:space="preserve"> </w:t>
      </w:r>
      <w:proofErr w:type="spellStart"/>
      <w:r>
        <w:t>vom</w:t>
      </w:r>
      <w:proofErr w:type="spellEnd"/>
      <w:r>
        <w:t xml:space="preserve"> </w:t>
      </w:r>
      <w:proofErr w:type="spellStart"/>
      <w:r>
        <w:t>Nationalpark</w:t>
      </w:r>
      <w:proofErr w:type="spellEnd"/>
      <w:r>
        <w:t xml:space="preserve"> Hohe Tauern und </w:t>
      </w:r>
      <w:proofErr w:type="spellStart"/>
      <w:r>
        <w:t>eben</w:t>
      </w:r>
      <w:proofErr w:type="spellEnd"/>
      <w:r>
        <w:t xml:space="preserve"> </w:t>
      </w:r>
      <w:proofErr w:type="spellStart"/>
      <w:r>
        <w:t>vom</w:t>
      </w:r>
      <w:proofErr w:type="spellEnd"/>
      <w:r>
        <w:t xml:space="preserve"> </w:t>
      </w:r>
      <w:proofErr w:type="spellStart"/>
      <w:r>
        <w:t>Alpenverein</w:t>
      </w:r>
      <w:proofErr w:type="spellEnd"/>
      <w:r>
        <w:t xml:space="preserve"> </w:t>
      </w:r>
      <w:proofErr w:type="spellStart"/>
      <w:r>
        <w:t>kriegen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große</w:t>
      </w:r>
      <w:proofErr w:type="spellEnd"/>
      <w:r>
        <w:t xml:space="preserve"> </w:t>
      </w:r>
      <w:proofErr w:type="spellStart"/>
      <w:r>
        <w:t>Förderung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für die </w:t>
      </w:r>
      <w:proofErr w:type="spellStart"/>
      <w:r>
        <w:t>Sektionen</w:t>
      </w:r>
      <w:proofErr w:type="spellEnd"/>
      <w:r>
        <w:t xml:space="preserve"> </w:t>
      </w:r>
      <w:proofErr w:type="spellStart"/>
      <w:r>
        <w:t>selber</w:t>
      </w:r>
      <w:proofErr w:type="spellEnd"/>
      <w:r>
        <w:t xml:space="preserve"> </w:t>
      </w:r>
      <w:proofErr w:type="spellStart"/>
      <w:r>
        <w:t>nur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kleiner</w:t>
      </w:r>
      <w:proofErr w:type="spellEnd"/>
      <w:r>
        <w:t xml:space="preserve"> </w:t>
      </w:r>
      <w:proofErr w:type="spellStart"/>
      <w:r>
        <w:t>Teilbetrag</w:t>
      </w:r>
      <w:proofErr w:type="spellEnd"/>
      <w:r>
        <w:t xml:space="preserve"> </w:t>
      </w:r>
      <w:proofErr w:type="spellStart"/>
      <w:r>
        <w:t>übrig</w:t>
      </w:r>
      <w:proofErr w:type="spellEnd"/>
      <w:r>
        <w:t xml:space="preserve"> </w:t>
      </w:r>
      <w:proofErr w:type="spellStart"/>
      <w:r>
        <w:t>bleibt</w:t>
      </w:r>
      <w:proofErr w:type="spellEnd"/>
      <w:r>
        <w:t xml:space="preserve">. Also der </w:t>
      </w:r>
      <w:proofErr w:type="spellStart"/>
      <w:r>
        <w:t>Aufwand</w:t>
      </w:r>
      <w:proofErr w:type="spellEnd"/>
      <w:r>
        <w:t xml:space="preserve"> von </w:t>
      </w:r>
      <w:proofErr w:type="spellStart"/>
      <w:r>
        <w:t>unserem</w:t>
      </w:r>
      <w:proofErr w:type="spellEnd"/>
      <w:r>
        <w:t xml:space="preserve"> Wegbautrupp, der </w:t>
      </w:r>
      <w:proofErr w:type="spellStart"/>
      <w:r>
        <w:t>lohnt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auf </w:t>
      </w:r>
      <w:proofErr w:type="spellStart"/>
      <w:r>
        <w:t>jeden</w:t>
      </w:r>
      <w:proofErr w:type="spellEnd"/>
      <w:r>
        <w:t xml:space="preserve"> Fall, </w:t>
      </w:r>
      <w:proofErr w:type="spellStart"/>
      <w:r>
        <w:t>dass</w:t>
      </w:r>
      <w:proofErr w:type="spellEnd"/>
      <w:r>
        <w:t xml:space="preserve"> die Wege </w:t>
      </w:r>
      <w:proofErr w:type="spellStart"/>
      <w:r>
        <w:t>vor</w:t>
      </w:r>
      <w:proofErr w:type="spellEnd"/>
      <w:r>
        <w:t xml:space="preserve"> </w:t>
      </w:r>
      <w:proofErr w:type="spellStart"/>
      <w:r>
        <w:t>allem</w:t>
      </w:r>
      <w:proofErr w:type="spellEnd"/>
      <w:r>
        <w:t xml:space="preserve"> </w:t>
      </w:r>
      <w:proofErr w:type="spellStart"/>
      <w:r>
        <w:t>sicher</w:t>
      </w:r>
      <w:proofErr w:type="spellEnd"/>
      <w:r>
        <w:t xml:space="preserve"> </w:t>
      </w:r>
      <w:proofErr w:type="spellStart"/>
      <w:r>
        <w:t>gehalten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. Und was ich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finde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es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Lenkungsmaßnahme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die </w:t>
      </w:r>
      <w:proofErr w:type="spellStart"/>
      <w:r>
        <w:t>Gäste</w:t>
      </w:r>
      <w:proofErr w:type="spellEnd"/>
      <w:r>
        <w:t xml:space="preserve"> auf dem Weg </w:t>
      </w:r>
      <w:proofErr w:type="spellStart"/>
      <w:r>
        <w:t>bleiben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den Weg </w:t>
      </w:r>
      <w:proofErr w:type="spellStart"/>
      <w:r>
        <w:t>finden</w:t>
      </w:r>
      <w:proofErr w:type="spellEnd"/>
      <w:r>
        <w:t xml:space="preserve">, </w:t>
      </w:r>
      <w:proofErr w:type="spellStart"/>
      <w:r>
        <w:t>durch</w:t>
      </w:r>
      <w:proofErr w:type="spellEnd"/>
      <w:r>
        <w:t xml:space="preserve"> das, </w:t>
      </w:r>
      <w:proofErr w:type="spellStart"/>
      <w:r>
        <w:t>dass</w:t>
      </w:r>
      <w:proofErr w:type="spellEnd"/>
      <w:r>
        <w:t xml:space="preserve"> man immer </w:t>
      </w:r>
      <w:proofErr w:type="spellStart"/>
      <w:r>
        <w:t>wieder</w:t>
      </w:r>
      <w:proofErr w:type="spellEnd"/>
      <w:r>
        <w:t xml:space="preserve"> die </w:t>
      </w:r>
      <w:proofErr w:type="spellStart"/>
      <w:r>
        <w:t>Markierungen</w:t>
      </w:r>
      <w:proofErr w:type="spellEnd"/>
      <w:r>
        <w:t xml:space="preserve"> neu </w:t>
      </w:r>
      <w:proofErr w:type="spellStart"/>
      <w:r>
        <w:t>machen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nicht </w:t>
      </w:r>
      <w:proofErr w:type="spellStart"/>
      <w:r>
        <w:t>kreuz</w:t>
      </w:r>
      <w:proofErr w:type="spellEnd"/>
      <w:r>
        <w:t xml:space="preserve"> und </w:t>
      </w:r>
      <w:proofErr w:type="spellStart"/>
      <w:r>
        <w:t>quer</w:t>
      </w:r>
      <w:proofErr w:type="spellEnd"/>
      <w:r>
        <w:t xml:space="preserve"> </w:t>
      </w:r>
      <w:proofErr w:type="spellStart"/>
      <w:r>
        <w:t>irgendwo</w:t>
      </w:r>
      <w:proofErr w:type="spellEnd"/>
      <w:r>
        <w:t xml:space="preserve"> </w:t>
      </w:r>
      <w:proofErr w:type="spellStart"/>
      <w:r>
        <w:t>gehen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die, die Vegetation halt </w:t>
      </w:r>
      <w:proofErr w:type="spellStart"/>
      <w:r>
        <w:t>erhalten</w:t>
      </w:r>
      <w:proofErr w:type="spellEnd"/>
      <w:r>
        <w:t xml:space="preserve"> </w:t>
      </w:r>
      <w:proofErr w:type="spellStart"/>
      <w:r>
        <w:t>bleibt</w:t>
      </w:r>
      <w:proofErr w:type="spellEnd"/>
      <w:r>
        <w:t xml:space="preserve">. </w:t>
      </w:r>
    </w:p>
    <w:p w14:paraId="11A7422B" w14:textId="77777777" w:rsidR="005526BC" w:rsidRDefault="005526BC"/>
    <w:p w14:paraId="58A2138F" w14:textId="77777777" w:rsidR="005526BC" w:rsidRDefault="000122CF">
      <w:r>
        <w:rPr>
          <w:b/>
        </w:rPr>
        <w:t>00:19:21,700 --&gt; 00:19:25,000 [Christine Brugger (Moderatorin)]</w:t>
      </w:r>
    </w:p>
    <w:p w14:paraId="5CD527AB" w14:textId="77777777" w:rsidR="005526BC" w:rsidRDefault="000122CF">
      <w:r>
        <w:t xml:space="preserve">Und </w:t>
      </w:r>
      <w:proofErr w:type="spellStart"/>
      <w:r>
        <w:t>wie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 es </w:t>
      </w:r>
      <w:proofErr w:type="spellStart"/>
      <w:r>
        <w:t>weitergehen</w:t>
      </w:r>
      <w:proofErr w:type="spellEnd"/>
      <w:r>
        <w:t xml:space="preserve">, Ingo Hartmeier? </w:t>
      </w:r>
    </w:p>
    <w:p w14:paraId="785FB956" w14:textId="77777777" w:rsidR="005526BC" w:rsidRDefault="005526BC"/>
    <w:p w14:paraId="0B561FDE" w14:textId="77777777" w:rsidR="005526BC" w:rsidRDefault="000122CF">
      <w:r>
        <w:rPr>
          <w:b/>
        </w:rPr>
        <w:lastRenderedPageBreak/>
        <w:t xml:space="preserve">00:19:25,000 --&gt; 00:20:49,140 [Ingo </w:t>
      </w:r>
      <w:proofErr w:type="spellStart"/>
      <w:r>
        <w:rPr>
          <w:b/>
        </w:rPr>
        <w:t>Hartmeier</w:t>
      </w:r>
      <w:proofErr w:type="spellEnd"/>
      <w:r>
        <w:rPr>
          <w:b/>
        </w:rPr>
        <w:t xml:space="preserve"> (Gast) ]</w:t>
      </w:r>
    </w:p>
    <w:p w14:paraId="02113270" w14:textId="48EDB12C" w:rsidR="005526BC" w:rsidRDefault="000122CF">
      <w:r>
        <w:t xml:space="preserve">Also </w:t>
      </w:r>
      <w:proofErr w:type="spellStart"/>
      <w:r>
        <w:t>zuerst</w:t>
      </w:r>
      <w:proofErr w:type="spellEnd"/>
      <w:r>
        <w:t xml:space="preserve"> </w:t>
      </w:r>
      <w:proofErr w:type="spellStart"/>
      <w:r>
        <w:t>einmal</w:t>
      </w:r>
      <w:proofErr w:type="spellEnd"/>
      <w:r>
        <w:t xml:space="preserve">, </w:t>
      </w:r>
      <w:proofErr w:type="spellStart"/>
      <w:r>
        <w:t>wir</w:t>
      </w:r>
      <w:proofErr w:type="spellEnd"/>
      <w:r>
        <w:t xml:space="preserve"> </w:t>
      </w:r>
      <w:proofErr w:type="spellStart"/>
      <w:r>
        <w:t>wissen</w:t>
      </w:r>
      <w:proofErr w:type="spellEnd"/>
      <w:r>
        <w:t xml:space="preserve"> ja </w:t>
      </w:r>
      <w:proofErr w:type="spellStart"/>
      <w:r>
        <w:t>ziemlich</w:t>
      </w:r>
      <w:proofErr w:type="spellEnd"/>
      <w:r>
        <w:t xml:space="preserve"> </w:t>
      </w:r>
      <w:proofErr w:type="spellStart"/>
      <w:r>
        <w:t>genau</w:t>
      </w:r>
      <w:proofErr w:type="spellEnd"/>
      <w:r>
        <w:t xml:space="preserve"> </w:t>
      </w:r>
      <w:proofErr w:type="spellStart"/>
      <w:r>
        <w:t>Bescheid</w:t>
      </w:r>
      <w:proofErr w:type="spellEnd"/>
      <w:r>
        <w:t xml:space="preserve">, in </w:t>
      </w:r>
      <w:proofErr w:type="spellStart"/>
      <w:r>
        <w:t>welche</w:t>
      </w:r>
      <w:proofErr w:type="spellEnd"/>
      <w:r>
        <w:t xml:space="preserve"> </w:t>
      </w:r>
      <w:proofErr w:type="spellStart"/>
      <w:r>
        <w:t>Richtung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uns</w:t>
      </w:r>
      <w:proofErr w:type="spellEnd"/>
      <w:r>
        <w:t xml:space="preserve"> </w:t>
      </w:r>
      <w:proofErr w:type="spellStart"/>
      <w:r>
        <w:t>klimatisch</w:t>
      </w:r>
      <w:proofErr w:type="spellEnd"/>
      <w:r>
        <w:t xml:space="preserve"> </w:t>
      </w:r>
      <w:proofErr w:type="spellStart"/>
      <w:r>
        <w:t>entwickeln</w:t>
      </w:r>
      <w:proofErr w:type="spellEnd"/>
      <w:r>
        <w:t xml:space="preserve">. Und </w:t>
      </w:r>
      <w:proofErr w:type="spellStart"/>
      <w:r>
        <w:t>wir</w:t>
      </w:r>
      <w:proofErr w:type="spellEnd"/>
      <w:r>
        <w:t xml:space="preserve"> </w:t>
      </w:r>
      <w:proofErr w:type="spellStart"/>
      <w:r>
        <w:t>wissen</w:t>
      </w:r>
      <w:proofErr w:type="spellEnd"/>
      <w:r>
        <w:t xml:space="preserve"> ja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ganz</w:t>
      </w:r>
      <w:proofErr w:type="spellEnd"/>
      <w:r>
        <w:t xml:space="preserve"> </w:t>
      </w:r>
      <w:proofErr w:type="spellStart"/>
      <w:r>
        <w:t>genau</w:t>
      </w:r>
      <w:proofErr w:type="spellEnd"/>
      <w:r>
        <w:t xml:space="preserve">, was </w:t>
      </w:r>
      <w:proofErr w:type="spellStart"/>
      <w:r>
        <w:t>wir</w:t>
      </w:r>
      <w:proofErr w:type="spellEnd"/>
      <w:r>
        <w:t xml:space="preserve"> tun </w:t>
      </w:r>
      <w:proofErr w:type="spellStart"/>
      <w:r>
        <w:t>müssen</w:t>
      </w:r>
      <w:proofErr w:type="spellEnd"/>
      <w:r>
        <w:t xml:space="preserve">, </w:t>
      </w:r>
      <w:proofErr w:type="spellStart"/>
      <w:r>
        <w:t>damit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Entwicklung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unseren</w:t>
      </w:r>
      <w:proofErr w:type="spellEnd"/>
      <w:r>
        <w:t xml:space="preserve"> Gunsten </w:t>
      </w:r>
      <w:proofErr w:type="spellStart"/>
      <w:r>
        <w:t>beeinflussen</w:t>
      </w:r>
      <w:proofErr w:type="spellEnd"/>
      <w:r>
        <w:t xml:space="preserve">. Und das </w:t>
      </w:r>
      <w:proofErr w:type="spellStart"/>
      <w:r>
        <w:t>ist</w:t>
      </w:r>
      <w:proofErr w:type="spellEnd"/>
      <w:r>
        <w:t xml:space="preserve"> </w:t>
      </w:r>
      <w:proofErr w:type="spellStart"/>
      <w:r>
        <w:t>ganz</w:t>
      </w:r>
      <w:proofErr w:type="spellEnd"/>
      <w:r>
        <w:t xml:space="preserve"> </w:t>
      </w:r>
      <w:proofErr w:type="spellStart"/>
      <w:r>
        <w:t>einfach</w:t>
      </w:r>
      <w:proofErr w:type="spellEnd"/>
      <w:r>
        <w:t xml:space="preserve">: Wir </w:t>
      </w:r>
      <w:proofErr w:type="spellStart"/>
      <w:r>
        <w:t>müssen</w:t>
      </w:r>
      <w:proofErr w:type="spellEnd"/>
      <w:r>
        <w:t xml:space="preserve"> die </w:t>
      </w:r>
      <w:proofErr w:type="spellStart"/>
      <w:r>
        <w:t>Treibhausgasemissionen</w:t>
      </w:r>
      <w:proofErr w:type="spellEnd"/>
      <w:r>
        <w:t xml:space="preserve"> </w:t>
      </w:r>
      <w:proofErr w:type="spellStart"/>
      <w:r>
        <w:t>reduzieren</w:t>
      </w:r>
      <w:proofErr w:type="spellEnd"/>
      <w:r>
        <w:t xml:space="preserve">. Aber die </w:t>
      </w:r>
      <w:proofErr w:type="spellStart"/>
      <w:r>
        <w:t>Bestandsaufnahme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klar</w:t>
      </w:r>
      <w:proofErr w:type="spellEnd"/>
      <w:r>
        <w:t xml:space="preserve">: Wir leben in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sehr</w:t>
      </w:r>
      <w:proofErr w:type="spellEnd"/>
      <w:r>
        <w:t xml:space="preserve"> stark</w:t>
      </w:r>
      <w:r w:rsidR="00D66439">
        <w:t xml:space="preserve"> </w:t>
      </w:r>
      <w:proofErr w:type="spellStart"/>
      <w:r w:rsidR="00D66439">
        <w:t>er</w:t>
      </w:r>
      <w:r>
        <w:t>wärmenden</w:t>
      </w:r>
      <w:proofErr w:type="spellEnd"/>
      <w:r>
        <w:t xml:space="preserve"> </w:t>
      </w:r>
      <w:proofErr w:type="spellStart"/>
      <w:r>
        <w:t>Atmosphäre</w:t>
      </w:r>
      <w:proofErr w:type="spellEnd"/>
      <w:r>
        <w:t xml:space="preserve"> und </w:t>
      </w:r>
      <w:proofErr w:type="spellStart"/>
      <w:r>
        <w:t>auch</w:t>
      </w:r>
      <w:proofErr w:type="spellEnd"/>
      <w:r>
        <w:t xml:space="preserve">,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kurzfristig</w:t>
      </w:r>
      <w:proofErr w:type="spellEnd"/>
      <w:r>
        <w:t xml:space="preserve"> </w:t>
      </w:r>
      <w:proofErr w:type="spellStart"/>
      <w:r>
        <w:t>gesetzte</w:t>
      </w:r>
      <w:proofErr w:type="spellEnd"/>
      <w:r>
        <w:t xml:space="preserve"> </w:t>
      </w:r>
      <w:proofErr w:type="spellStart"/>
      <w:r>
        <w:t>Maßnahmen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daran</w:t>
      </w:r>
      <w:proofErr w:type="spellEnd"/>
      <w:r>
        <w:t xml:space="preserve"> </w:t>
      </w:r>
      <w:proofErr w:type="spellStart"/>
      <w:r>
        <w:t>jetzt</w:t>
      </w:r>
      <w:proofErr w:type="spellEnd"/>
      <w:r>
        <w:t xml:space="preserve"> mal </w:t>
      </w:r>
      <w:proofErr w:type="spellStart"/>
      <w:r>
        <w:t>unmittelbar</w:t>
      </w:r>
      <w:proofErr w:type="spellEnd"/>
      <w:r>
        <w:t xml:space="preserve"> </w:t>
      </w:r>
      <w:proofErr w:type="spellStart"/>
      <w:r>
        <w:t>nichts</w:t>
      </w:r>
      <w:proofErr w:type="spellEnd"/>
      <w:r>
        <w:t xml:space="preserve"> </w:t>
      </w:r>
      <w:proofErr w:type="spellStart"/>
      <w:r>
        <w:t>ändern</w:t>
      </w:r>
      <w:proofErr w:type="spellEnd"/>
      <w:r>
        <w:t xml:space="preserve">. Das </w:t>
      </w:r>
      <w:proofErr w:type="spellStart"/>
      <w:r>
        <w:t>heißt</w:t>
      </w:r>
      <w:proofErr w:type="spellEnd"/>
      <w:r>
        <w:t xml:space="preserve">, </w:t>
      </w:r>
      <w:proofErr w:type="spellStart"/>
      <w:r>
        <w:t>wir</w:t>
      </w:r>
      <w:proofErr w:type="spellEnd"/>
      <w:r>
        <w:t xml:space="preserve"> </w:t>
      </w:r>
      <w:proofErr w:type="spellStart"/>
      <w:r>
        <w:t>steuern</w:t>
      </w:r>
      <w:proofErr w:type="spellEnd"/>
      <w:r>
        <w:t xml:space="preserve"> auf </w:t>
      </w:r>
      <w:proofErr w:type="spellStart"/>
      <w:r>
        <w:t>eine</w:t>
      </w:r>
      <w:proofErr w:type="spellEnd"/>
      <w:r>
        <w:t xml:space="preserve">, auf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eisfreie</w:t>
      </w:r>
      <w:proofErr w:type="spellEnd"/>
      <w:r>
        <w:t xml:space="preserve"> </w:t>
      </w:r>
      <w:proofErr w:type="spellStart"/>
      <w:r>
        <w:t>Alpenzukunft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und </w:t>
      </w:r>
      <w:proofErr w:type="spellStart"/>
      <w:r>
        <w:t>wir</w:t>
      </w:r>
      <w:proofErr w:type="spellEnd"/>
      <w:r>
        <w:t xml:space="preserve"> </w:t>
      </w:r>
      <w:proofErr w:type="spellStart"/>
      <w:r>
        <w:t>steuern</w:t>
      </w:r>
      <w:proofErr w:type="spellEnd"/>
      <w:r>
        <w:t xml:space="preserve"> </w:t>
      </w:r>
      <w:proofErr w:type="spellStart"/>
      <w:r>
        <w:t>auch</w:t>
      </w:r>
      <w:proofErr w:type="spellEnd"/>
      <w:r>
        <w:t xml:space="preserve">, </w:t>
      </w:r>
      <w:proofErr w:type="spellStart"/>
      <w:r>
        <w:t>vielleicht</w:t>
      </w:r>
      <w:proofErr w:type="spellEnd"/>
      <w:r>
        <w:t xml:space="preserve"> </w:t>
      </w:r>
      <w:proofErr w:type="spellStart"/>
      <w:r>
        <w:t>über</w:t>
      </w:r>
      <w:proofErr w:type="spellEnd"/>
      <w:r>
        <w:t xml:space="preserve">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etwas</w:t>
      </w:r>
      <w:proofErr w:type="spellEnd"/>
      <w:r>
        <w:t xml:space="preserve"> </w:t>
      </w:r>
      <w:proofErr w:type="spellStart"/>
      <w:r>
        <w:t>längeren</w:t>
      </w:r>
      <w:proofErr w:type="spellEnd"/>
      <w:r>
        <w:t xml:space="preserve"> Zeitraum, auf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permafrostfreie</w:t>
      </w:r>
      <w:proofErr w:type="spellEnd"/>
      <w:r>
        <w:t xml:space="preserve"> </w:t>
      </w:r>
      <w:proofErr w:type="spellStart"/>
      <w:r>
        <w:t>Klimazukunft</w:t>
      </w:r>
      <w:proofErr w:type="spellEnd"/>
      <w:r>
        <w:t xml:space="preserve"> in den Alpen </w:t>
      </w:r>
      <w:proofErr w:type="spellStart"/>
      <w:r>
        <w:t>zu</w:t>
      </w:r>
      <w:proofErr w:type="spellEnd"/>
      <w:r>
        <w:t xml:space="preserve">. Was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verändern</w:t>
      </w:r>
      <w:proofErr w:type="spellEnd"/>
      <w:r>
        <w:t xml:space="preserve">? Also </w:t>
      </w:r>
      <w:proofErr w:type="spellStart"/>
      <w:r>
        <w:t>grundsätzlich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es so,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uns</w:t>
      </w:r>
      <w:proofErr w:type="spellEnd"/>
      <w:r>
        <w:t xml:space="preserve"> </w:t>
      </w:r>
      <w:proofErr w:type="spellStart"/>
      <w:r>
        <w:t>natürlich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solchen</w:t>
      </w:r>
      <w:proofErr w:type="spellEnd"/>
      <w:r>
        <w:t xml:space="preserve"> </w:t>
      </w:r>
      <w:proofErr w:type="spellStart"/>
      <w:r>
        <w:t>Fragen</w:t>
      </w:r>
      <w:proofErr w:type="spellEnd"/>
      <w:r>
        <w:t xml:space="preserve"> an </w:t>
      </w:r>
      <w:proofErr w:type="spellStart"/>
      <w:r>
        <w:t>Gebirgsräumen</w:t>
      </w:r>
      <w:proofErr w:type="spellEnd"/>
      <w:r>
        <w:t xml:space="preserve"> </w:t>
      </w:r>
      <w:proofErr w:type="spellStart"/>
      <w:r>
        <w:t>orientieren</w:t>
      </w:r>
      <w:proofErr w:type="spellEnd"/>
      <w:r>
        <w:t xml:space="preserve"> </w:t>
      </w:r>
      <w:proofErr w:type="spellStart"/>
      <w:r>
        <w:t>können</w:t>
      </w:r>
      <w:proofErr w:type="spellEnd"/>
      <w:r>
        <w:t xml:space="preserve">, </w:t>
      </w:r>
      <w:proofErr w:type="spellStart"/>
      <w:r>
        <w:t>äh</w:t>
      </w:r>
      <w:proofErr w:type="spellEnd"/>
      <w:r>
        <w:t xml:space="preserve">, in </w:t>
      </w:r>
      <w:proofErr w:type="spellStart"/>
      <w:r>
        <w:t>denen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solche</w:t>
      </w:r>
      <w:proofErr w:type="spellEnd"/>
      <w:r>
        <w:t xml:space="preserve"> </w:t>
      </w:r>
      <w:proofErr w:type="spellStart"/>
      <w:r>
        <w:t>Entwicklungen</w:t>
      </w:r>
      <w:proofErr w:type="spellEnd"/>
      <w:r>
        <w:t xml:space="preserve"> </w:t>
      </w:r>
      <w:proofErr w:type="spellStart"/>
      <w:r>
        <w:t>schon</w:t>
      </w:r>
      <w:proofErr w:type="spellEnd"/>
      <w:r>
        <w:t xml:space="preserve"> </w:t>
      </w:r>
      <w:proofErr w:type="spellStart"/>
      <w:r>
        <w:t>vollzogen</w:t>
      </w:r>
      <w:proofErr w:type="spellEnd"/>
      <w:r>
        <w:t xml:space="preserve"> </w:t>
      </w:r>
      <w:proofErr w:type="spellStart"/>
      <w:r>
        <w:t>haben</w:t>
      </w:r>
      <w:proofErr w:type="spellEnd"/>
      <w:r>
        <w:t xml:space="preserve">. Also </w:t>
      </w:r>
      <w:proofErr w:type="spellStart"/>
      <w:r>
        <w:t>wenn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jetzt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bisschen</w:t>
      </w:r>
      <w:proofErr w:type="spellEnd"/>
      <w:r>
        <w:t xml:space="preserve"> </w:t>
      </w:r>
      <w:proofErr w:type="spellStart"/>
      <w:r>
        <w:t>weiter</w:t>
      </w:r>
      <w:proofErr w:type="spellEnd"/>
      <w:r>
        <w:t xml:space="preserve"> in </w:t>
      </w:r>
      <w:proofErr w:type="spellStart"/>
      <w:r>
        <w:t>Richtung</w:t>
      </w:r>
      <w:proofErr w:type="spellEnd"/>
      <w:r>
        <w:t xml:space="preserve"> </w:t>
      </w:r>
      <w:proofErr w:type="spellStart"/>
      <w:r>
        <w:t>Süden</w:t>
      </w:r>
      <w:proofErr w:type="spellEnd"/>
      <w:r>
        <w:t xml:space="preserve"> </w:t>
      </w:r>
      <w:proofErr w:type="spellStart"/>
      <w:r>
        <w:t>schauen</w:t>
      </w:r>
      <w:proofErr w:type="spellEnd"/>
      <w:r>
        <w:t xml:space="preserve">, </w:t>
      </w:r>
      <w:proofErr w:type="spellStart"/>
      <w:r>
        <w:t>uns</w:t>
      </w:r>
      <w:proofErr w:type="spellEnd"/>
      <w:r>
        <w:t xml:space="preserve"> </w:t>
      </w:r>
      <w:proofErr w:type="spellStart"/>
      <w:r>
        <w:t>zum</w:t>
      </w:r>
      <w:proofErr w:type="spellEnd"/>
      <w:r>
        <w:t xml:space="preserve"> </w:t>
      </w:r>
      <w:proofErr w:type="spellStart"/>
      <w:r>
        <w:t>Beispiel</w:t>
      </w:r>
      <w:proofErr w:type="spellEnd"/>
      <w:r>
        <w:t xml:space="preserve">, </w:t>
      </w:r>
      <w:proofErr w:type="spellStart"/>
      <w:r>
        <w:t>äh</w:t>
      </w:r>
      <w:proofErr w:type="spellEnd"/>
      <w:r>
        <w:t xml:space="preserve">, die </w:t>
      </w:r>
      <w:proofErr w:type="spellStart"/>
      <w:r>
        <w:t>Pyrenäen</w:t>
      </w:r>
      <w:proofErr w:type="spellEnd"/>
      <w:r>
        <w:t xml:space="preserve"> </w:t>
      </w:r>
      <w:proofErr w:type="spellStart"/>
      <w:r>
        <w:t>anschauen</w:t>
      </w:r>
      <w:proofErr w:type="spellEnd"/>
      <w:r>
        <w:t xml:space="preserve">, wo es </w:t>
      </w:r>
      <w:proofErr w:type="spellStart"/>
      <w:r>
        <w:t>keine</w:t>
      </w:r>
      <w:proofErr w:type="spellEnd"/>
      <w:r>
        <w:t xml:space="preserve"> </w:t>
      </w:r>
      <w:proofErr w:type="spellStart"/>
      <w:r>
        <w:t>Gletscher</w:t>
      </w:r>
      <w:proofErr w:type="spellEnd"/>
      <w:r>
        <w:t xml:space="preserve"> und </w:t>
      </w:r>
      <w:proofErr w:type="spellStart"/>
      <w:r>
        <w:t>keinen</w:t>
      </w:r>
      <w:proofErr w:type="spellEnd"/>
      <w:r>
        <w:t xml:space="preserve"> Permafrost </w:t>
      </w:r>
      <w:proofErr w:type="spellStart"/>
      <w:r>
        <w:t>mehr</w:t>
      </w:r>
      <w:proofErr w:type="spellEnd"/>
      <w:r>
        <w:t xml:space="preserve"> </w:t>
      </w:r>
      <w:proofErr w:type="spellStart"/>
      <w:r>
        <w:t>gibt</w:t>
      </w:r>
      <w:proofErr w:type="spellEnd"/>
      <w:r>
        <w:t xml:space="preserve">, </w:t>
      </w:r>
      <w:proofErr w:type="spellStart"/>
      <w:r>
        <w:t>dann</w:t>
      </w:r>
      <w:proofErr w:type="spellEnd"/>
      <w:r>
        <w:t xml:space="preserve"> </w:t>
      </w:r>
      <w:proofErr w:type="spellStart"/>
      <w:r>
        <w:t>können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uns</w:t>
      </w:r>
      <w:proofErr w:type="spellEnd"/>
      <w:r>
        <w:t xml:space="preserve"> die </w:t>
      </w:r>
      <w:proofErr w:type="spellStart"/>
      <w:r>
        <w:t>Alpenzukunft</w:t>
      </w:r>
      <w:proofErr w:type="spellEnd"/>
      <w:r>
        <w:t xml:space="preserve"> </w:t>
      </w:r>
      <w:proofErr w:type="spellStart"/>
      <w:r>
        <w:t>schon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bisschen</w:t>
      </w:r>
      <w:proofErr w:type="spellEnd"/>
      <w:r>
        <w:t xml:space="preserve"> </w:t>
      </w:r>
      <w:proofErr w:type="spellStart"/>
      <w:r>
        <w:t>ausmalen</w:t>
      </w:r>
      <w:proofErr w:type="spellEnd"/>
      <w:r>
        <w:t xml:space="preserve">. Und was </w:t>
      </w:r>
      <w:proofErr w:type="spellStart"/>
      <w:r>
        <w:t>wir</w:t>
      </w:r>
      <w:proofErr w:type="spellEnd"/>
      <w:r>
        <w:t xml:space="preserve"> </w:t>
      </w:r>
      <w:proofErr w:type="spellStart"/>
      <w:r>
        <w:t>sehen</w:t>
      </w:r>
      <w:proofErr w:type="spellEnd"/>
      <w:r>
        <w:t xml:space="preserve">, </w:t>
      </w:r>
      <w:proofErr w:type="spellStart"/>
      <w:r>
        <w:t>ist</w:t>
      </w:r>
      <w:proofErr w:type="spellEnd"/>
      <w:r>
        <w:t xml:space="preserve">, </w:t>
      </w:r>
      <w:proofErr w:type="spellStart"/>
      <w:r>
        <w:t>äh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, </w:t>
      </w:r>
      <w:proofErr w:type="spellStart"/>
      <w:r>
        <w:t>äh</w:t>
      </w:r>
      <w:proofErr w:type="spellEnd"/>
      <w:r>
        <w:t xml:space="preserve">, </w:t>
      </w:r>
      <w:proofErr w:type="spellStart"/>
      <w:r>
        <w:t>infolge</w:t>
      </w:r>
      <w:proofErr w:type="spellEnd"/>
      <w:r>
        <w:t xml:space="preserve"> des </w:t>
      </w:r>
      <w:proofErr w:type="spellStart"/>
      <w:r>
        <w:t>Gletscherrückgangs</w:t>
      </w:r>
      <w:proofErr w:type="spellEnd"/>
      <w:r>
        <w:t xml:space="preserve"> und des </w:t>
      </w:r>
      <w:proofErr w:type="spellStart"/>
      <w:r>
        <w:t>Permafrostrückgangs</w:t>
      </w:r>
      <w:proofErr w:type="spellEnd"/>
      <w:r>
        <w:t xml:space="preserve"> </w:t>
      </w:r>
      <w:proofErr w:type="spellStart"/>
      <w:r>
        <w:t>kein</w:t>
      </w:r>
      <w:proofErr w:type="spellEnd"/>
      <w:r>
        <w:t xml:space="preserve"> </w:t>
      </w:r>
      <w:proofErr w:type="spellStart"/>
      <w:r>
        <w:t>Katastrophenszenario</w:t>
      </w:r>
      <w:proofErr w:type="spellEnd"/>
      <w:r>
        <w:t xml:space="preserve"> </w:t>
      </w:r>
      <w:proofErr w:type="spellStart"/>
      <w:r>
        <w:t>eintreten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. Also es </w:t>
      </w:r>
      <w:proofErr w:type="spellStart"/>
      <w:r>
        <w:t>ist</w:t>
      </w:r>
      <w:proofErr w:type="spellEnd"/>
      <w:r>
        <w:t xml:space="preserve"> nicht so, </w:t>
      </w:r>
      <w:proofErr w:type="spellStart"/>
      <w:r>
        <w:t>dass</w:t>
      </w:r>
      <w:proofErr w:type="spellEnd"/>
      <w:r>
        <w:t xml:space="preserve"> </w:t>
      </w:r>
      <w:proofErr w:type="spellStart"/>
      <w:r>
        <w:t>jeder</w:t>
      </w:r>
      <w:proofErr w:type="spellEnd"/>
      <w:r>
        <w:t xml:space="preserve"> </w:t>
      </w:r>
      <w:proofErr w:type="spellStart"/>
      <w:r>
        <w:t>Berggipfel</w:t>
      </w:r>
      <w:proofErr w:type="spellEnd"/>
      <w:r>
        <w:t xml:space="preserve"> </w:t>
      </w:r>
      <w:proofErr w:type="spellStart"/>
      <w:r>
        <w:t>kollabieren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. Das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sicher</w:t>
      </w:r>
      <w:proofErr w:type="spellEnd"/>
      <w:r>
        <w:t xml:space="preserve"> nicht </w:t>
      </w:r>
      <w:proofErr w:type="spellStart"/>
      <w:r>
        <w:t>passieren</w:t>
      </w:r>
      <w:proofErr w:type="spellEnd"/>
      <w:r>
        <w:t xml:space="preserve">. Aber was </w:t>
      </w:r>
      <w:proofErr w:type="spellStart"/>
      <w:r>
        <w:t>passiert</w:t>
      </w:r>
      <w:proofErr w:type="spellEnd"/>
      <w:r>
        <w:t xml:space="preserve"> und das, das </w:t>
      </w:r>
      <w:proofErr w:type="spellStart"/>
      <w:r>
        <w:t>sehen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eben</w:t>
      </w:r>
      <w:proofErr w:type="spellEnd"/>
      <w:r>
        <w:t xml:space="preserve"> an, an </w:t>
      </w:r>
      <w:proofErr w:type="spellStart"/>
      <w:r>
        <w:t>solchen</w:t>
      </w:r>
      <w:proofErr w:type="spellEnd"/>
      <w:r>
        <w:t xml:space="preserve"> </w:t>
      </w:r>
      <w:proofErr w:type="spellStart"/>
      <w:r>
        <w:t>Vergleichen</w:t>
      </w:r>
      <w:proofErr w:type="spellEnd"/>
      <w:r>
        <w:t xml:space="preserve">, </w:t>
      </w:r>
      <w:proofErr w:type="spellStart"/>
      <w:r>
        <w:t>ist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es </w:t>
      </w:r>
      <w:proofErr w:type="spellStart"/>
      <w:r>
        <w:t>lokal</w:t>
      </w:r>
      <w:proofErr w:type="spellEnd"/>
      <w:r>
        <w:t xml:space="preserve"> </w:t>
      </w:r>
      <w:proofErr w:type="spellStart"/>
      <w:r>
        <w:t>gebunden</w:t>
      </w:r>
      <w:proofErr w:type="spellEnd"/>
      <w:r>
        <w:t xml:space="preserve"> an, an </w:t>
      </w:r>
      <w:proofErr w:type="spellStart"/>
      <w:r>
        <w:t>gewisse</w:t>
      </w:r>
      <w:proofErr w:type="spellEnd"/>
      <w:r>
        <w:t xml:space="preserve"> </w:t>
      </w:r>
      <w:proofErr w:type="spellStart"/>
      <w:r>
        <w:t>Höhenzonen</w:t>
      </w:r>
      <w:proofErr w:type="spellEnd"/>
      <w:r>
        <w:t xml:space="preserve">, an </w:t>
      </w:r>
      <w:proofErr w:type="spellStart"/>
      <w:r>
        <w:t>gewisse</w:t>
      </w:r>
      <w:proofErr w:type="spellEnd"/>
      <w:r>
        <w:t xml:space="preserve"> </w:t>
      </w:r>
      <w:proofErr w:type="spellStart"/>
      <w:r>
        <w:t>Himmelsrichtungen</w:t>
      </w:r>
      <w:proofErr w:type="spellEnd"/>
      <w:r>
        <w:t xml:space="preserve">, an </w:t>
      </w:r>
      <w:proofErr w:type="spellStart"/>
      <w:r>
        <w:t>gewisse</w:t>
      </w:r>
      <w:proofErr w:type="spellEnd"/>
      <w:r>
        <w:t xml:space="preserve"> </w:t>
      </w:r>
      <w:proofErr w:type="spellStart"/>
      <w:r>
        <w:t>geologische</w:t>
      </w:r>
      <w:proofErr w:type="spellEnd"/>
      <w:r>
        <w:t xml:space="preserve"> </w:t>
      </w:r>
      <w:proofErr w:type="spellStart"/>
      <w:r>
        <w:t>Schwächezonen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Problemen</w:t>
      </w:r>
      <w:proofErr w:type="spellEnd"/>
      <w:r>
        <w:t xml:space="preserve"> </w:t>
      </w:r>
      <w:proofErr w:type="spellStart"/>
      <w:r>
        <w:t>kommen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. Und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Probleme</w:t>
      </w:r>
      <w:proofErr w:type="spellEnd"/>
      <w:r>
        <w:t xml:space="preserve"> </w:t>
      </w:r>
      <w:proofErr w:type="spellStart"/>
      <w:r>
        <w:t>müssen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über</w:t>
      </w:r>
      <w:proofErr w:type="spellEnd"/>
      <w:r>
        <w:t xml:space="preserve"> </w:t>
      </w:r>
      <w:proofErr w:type="spellStart"/>
      <w:r>
        <w:t>Monitorings</w:t>
      </w:r>
      <w:proofErr w:type="spellEnd"/>
      <w:r>
        <w:t xml:space="preserve">, </w:t>
      </w:r>
      <w:proofErr w:type="spellStart"/>
      <w:r>
        <w:t>über</w:t>
      </w:r>
      <w:proofErr w:type="spellEnd"/>
      <w:r>
        <w:t xml:space="preserve"> </w:t>
      </w:r>
      <w:proofErr w:type="spellStart"/>
      <w:r>
        <w:t>Langzeitbeobachtungen</w:t>
      </w:r>
      <w:proofErr w:type="spellEnd"/>
      <w:r>
        <w:t xml:space="preserve"> </w:t>
      </w:r>
      <w:proofErr w:type="spellStart"/>
      <w:r>
        <w:t>identifizieren</w:t>
      </w:r>
      <w:proofErr w:type="spellEnd"/>
      <w:r>
        <w:t xml:space="preserve">. </w:t>
      </w:r>
    </w:p>
    <w:p w14:paraId="68C89B4C" w14:textId="77777777" w:rsidR="005526BC" w:rsidRDefault="005526BC"/>
    <w:p w14:paraId="72FA9DAE" w14:textId="77777777" w:rsidR="005526BC" w:rsidRDefault="000122CF">
      <w:r>
        <w:rPr>
          <w:b/>
        </w:rPr>
        <w:t>00:20:49,140 --&gt; 00:20:53,820 [Christine Brugger (Moderatorin)]</w:t>
      </w:r>
    </w:p>
    <w:p w14:paraId="138022B6" w14:textId="77777777" w:rsidR="005526BC" w:rsidRDefault="000122CF">
      <w:r>
        <w:t xml:space="preserve">Und </w:t>
      </w:r>
      <w:proofErr w:type="spellStart"/>
      <w:r>
        <w:t>aus</w:t>
      </w:r>
      <w:proofErr w:type="spellEnd"/>
      <w:r>
        <w:t xml:space="preserve"> der </w:t>
      </w:r>
      <w:proofErr w:type="spellStart"/>
      <w:r>
        <w:t>Perspektive</w:t>
      </w:r>
      <w:proofErr w:type="spellEnd"/>
      <w:r>
        <w:t xml:space="preserve"> des </w:t>
      </w:r>
      <w:proofErr w:type="spellStart"/>
      <w:r>
        <w:t>Hüttenwirtes</w:t>
      </w:r>
      <w:proofErr w:type="spellEnd"/>
      <w:r>
        <w:t xml:space="preserve">, </w:t>
      </w:r>
      <w:proofErr w:type="spellStart"/>
      <w:r>
        <w:t>wie</w:t>
      </w:r>
      <w:proofErr w:type="spellEnd"/>
      <w:r>
        <w:t xml:space="preserve"> </w:t>
      </w:r>
      <w:proofErr w:type="spellStart"/>
      <w:r>
        <w:t>siehst</w:t>
      </w:r>
      <w:proofErr w:type="spellEnd"/>
      <w:r>
        <w:t xml:space="preserve"> du das </w:t>
      </w:r>
      <w:proofErr w:type="spellStart"/>
      <w:r>
        <w:t>nächste</w:t>
      </w:r>
      <w:proofErr w:type="spellEnd"/>
      <w:r>
        <w:t xml:space="preserve"> </w:t>
      </w:r>
      <w:proofErr w:type="spellStart"/>
      <w:r>
        <w:t>Jahrzehnt</w:t>
      </w:r>
      <w:proofErr w:type="spellEnd"/>
      <w:r>
        <w:t xml:space="preserve">? </w:t>
      </w:r>
    </w:p>
    <w:p w14:paraId="35C05564" w14:textId="77777777" w:rsidR="005526BC" w:rsidRDefault="005526BC"/>
    <w:p w14:paraId="2E98BCCA" w14:textId="77777777" w:rsidR="005526BC" w:rsidRDefault="000122CF">
      <w:r>
        <w:rPr>
          <w:b/>
        </w:rPr>
        <w:t>00:20:53,820 --&gt; 00:21:21,970 [Toni Riepler (Gast)]</w:t>
      </w:r>
    </w:p>
    <w:p w14:paraId="348F5498" w14:textId="247CF1BA" w:rsidR="005526BC" w:rsidRDefault="000122CF">
      <w:proofErr w:type="spellStart"/>
      <w:r>
        <w:t>Spannend</w:t>
      </w:r>
      <w:proofErr w:type="spellEnd"/>
      <w:r>
        <w:t>. (</w:t>
      </w:r>
      <w:proofErr w:type="spellStart"/>
      <w:r>
        <w:t>lacht</w:t>
      </w:r>
      <w:proofErr w:type="spellEnd"/>
      <w:r>
        <w:t xml:space="preserve">) </w:t>
      </w:r>
      <w:proofErr w:type="spellStart"/>
      <w:r>
        <w:t>Uns</w:t>
      </w:r>
      <w:proofErr w:type="spellEnd"/>
      <w:r>
        <w:t xml:space="preserve"> </w:t>
      </w:r>
      <w:proofErr w:type="spellStart"/>
      <w:r>
        <w:t>fehlt</w:t>
      </w:r>
      <w:proofErr w:type="spellEnd"/>
      <w:r>
        <w:t xml:space="preserve"> der </w:t>
      </w:r>
      <w:proofErr w:type="spellStart"/>
      <w:r>
        <w:t>Sommerschnee</w:t>
      </w:r>
      <w:proofErr w:type="spellEnd"/>
      <w:r>
        <w:t xml:space="preserve">, </w:t>
      </w:r>
      <w:proofErr w:type="spellStart"/>
      <w:r>
        <w:t>uns</w:t>
      </w:r>
      <w:proofErr w:type="spellEnd"/>
      <w:r>
        <w:t xml:space="preserve"> </w:t>
      </w:r>
      <w:proofErr w:type="spellStart"/>
      <w:r>
        <w:t>fehlt</w:t>
      </w:r>
      <w:proofErr w:type="spellEnd"/>
      <w:r>
        <w:t xml:space="preserve"> quasi </w:t>
      </w:r>
      <w:proofErr w:type="spellStart"/>
      <w:r>
        <w:t>diese</w:t>
      </w:r>
      <w:proofErr w:type="spellEnd"/>
      <w:r>
        <w:t xml:space="preserve"> Basis für </w:t>
      </w:r>
      <w:proofErr w:type="spellStart"/>
      <w:r>
        <w:t>unser</w:t>
      </w:r>
      <w:proofErr w:type="spellEnd"/>
      <w:r>
        <w:t xml:space="preserve"> </w:t>
      </w:r>
      <w:proofErr w:type="spellStart"/>
      <w:r>
        <w:t>Schmelzwasser</w:t>
      </w:r>
      <w:proofErr w:type="spellEnd"/>
      <w:r>
        <w:t xml:space="preserve">, das </w:t>
      </w:r>
      <w:proofErr w:type="spellStart"/>
      <w:r>
        <w:t>halbwegs</w:t>
      </w:r>
      <w:proofErr w:type="spellEnd"/>
      <w:r>
        <w:t xml:space="preserve"> </w:t>
      </w:r>
      <w:proofErr w:type="spellStart"/>
      <w:r>
        <w:t>sauber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. Das </w:t>
      </w:r>
      <w:proofErr w:type="spellStart"/>
      <w:r>
        <w:t>Gletscherwasser</w:t>
      </w:r>
      <w:proofErr w:type="spellEnd"/>
      <w:r>
        <w:t xml:space="preserve"> </w:t>
      </w:r>
      <w:proofErr w:type="spellStart"/>
      <w:r>
        <w:t>selber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</w:t>
      </w:r>
      <w:proofErr w:type="spellStart"/>
      <w:r>
        <w:t>zum</w:t>
      </w:r>
      <w:proofErr w:type="spellEnd"/>
      <w:r>
        <w:t xml:space="preserve"> </w:t>
      </w:r>
      <w:proofErr w:type="spellStart"/>
      <w:r>
        <w:t>Aufbereiten</w:t>
      </w:r>
      <w:proofErr w:type="spellEnd"/>
      <w:r>
        <w:t xml:space="preserve"> fast </w:t>
      </w:r>
      <w:proofErr w:type="spellStart"/>
      <w:r>
        <w:t>unmöglich</w:t>
      </w:r>
      <w:proofErr w:type="spellEnd"/>
      <w:r>
        <w:t xml:space="preserve">, </w:t>
      </w:r>
      <w:proofErr w:type="spellStart"/>
      <w:r>
        <w:t>gell</w:t>
      </w:r>
      <w:proofErr w:type="spellEnd"/>
      <w:r>
        <w:t xml:space="preserve">, und </w:t>
      </w:r>
      <w:proofErr w:type="spellStart"/>
      <w:r>
        <w:t>auch</w:t>
      </w:r>
      <w:proofErr w:type="spellEnd"/>
      <w:r>
        <w:t xml:space="preserve"> nicht </w:t>
      </w:r>
      <w:proofErr w:type="spellStart"/>
      <w:r>
        <w:t>ganz</w:t>
      </w:r>
      <w:proofErr w:type="spellEnd"/>
      <w:r>
        <w:t xml:space="preserve"> so </w:t>
      </w:r>
      <w:proofErr w:type="spellStart"/>
      <w:r>
        <w:t>gesund</w:t>
      </w:r>
      <w:proofErr w:type="spellEnd"/>
      <w:r>
        <w:t xml:space="preserve">, </w:t>
      </w:r>
      <w:proofErr w:type="spellStart"/>
      <w:r>
        <w:t>wenn's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Sommer </w:t>
      </w:r>
      <w:proofErr w:type="spellStart"/>
      <w:r>
        <w:t>keinen</w:t>
      </w:r>
      <w:proofErr w:type="spellEnd"/>
      <w:r>
        <w:t xml:space="preserve"> </w:t>
      </w:r>
      <w:proofErr w:type="spellStart"/>
      <w:r>
        <w:t>festen</w:t>
      </w:r>
      <w:proofErr w:type="spellEnd"/>
      <w:r>
        <w:t xml:space="preserve"> </w:t>
      </w:r>
      <w:proofErr w:type="spellStart"/>
      <w:r>
        <w:t>Niederschlag</w:t>
      </w:r>
      <w:proofErr w:type="spellEnd"/>
      <w:r>
        <w:t xml:space="preserve"> </w:t>
      </w:r>
      <w:proofErr w:type="spellStart"/>
      <w:r>
        <w:t>mehr</w:t>
      </w:r>
      <w:proofErr w:type="spellEnd"/>
      <w:r>
        <w:t xml:space="preserve"> </w:t>
      </w:r>
      <w:proofErr w:type="spellStart"/>
      <w:r>
        <w:t>gibt</w:t>
      </w:r>
      <w:proofErr w:type="spellEnd"/>
      <w:r>
        <w:t xml:space="preserve">, </w:t>
      </w:r>
      <w:proofErr w:type="spellStart"/>
      <w:r>
        <w:t>gell</w:t>
      </w:r>
      <w:proofErr w:type="spellEnd"/>
      <w:r>
        <w:t xml:space="preserve">. Und </w:t>
      </w:r>
      <w:proofErr w:type="spellStart"/>
      <w:r>
        <w:t>mit</w:t>
      </w:r>
      <w:proofErr w:type="spellEnd"/>
      <w:r>
        <w:t xml:space="preserve"> de</w:t>
      </w:r>
      <w:r w:rsidR="00D66439">
        <w:t>r</w:t>
      </w:r>
      <w:r>
        <w:t xml:space="preserve"> </w:t>
      </w:r>
      <w:proofErr w:type="spellStart"/>
      <w:r>
        <w:t>Dreimeter-Seilbahn</w:t>
      </w:r>
      <w:proofErr w:type="spellEnd"/>
      <w:r>
        <w:t xml:space="preserve"> das </w:t>
      </w:r>
      <w:proofErr w:type="spellStart"/>
      <w:r>
        <w:t>ganze</w:t>
      </w:r>
      <w:proofErr w:type="spellEnd"/>
      <w:r>
        <w:t xml:space="preserve"> </w:t>
      </w:r>
      <w:proofErr w:type="spellStart"/>
      <w:r>
        <w:t>Brauchwasser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liefern</w:t>
      </w:r>
      <w:proofErr w:type="spellEnd"/>
      <w:r>
        <w:t xml:space="preserve">,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technisch</w:t>
      </w:r>
      <w:proofErr w:type="spellEnd"/>
      <w:r>
        <w:t xml:space="preserve"> </w:t>
      </w:r>
      <w:proofErr w:type="spellStart"/>
      <w:r>
        <w:t>sehr</w:t>
      </w:r>
      <w:proofErr w:type="spellEnd"/>
      <w:r>
        <w:t xml:space="preserve"> </w:t>
      </w:r>
      <w:proofErr w:type="spellStart"/>
      <w:r>
        <w:t>spannend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, </w:t>
      </w:r>
      <w:proofErr w:type="spellStart"/>
      <w:r>
        <w:t>weil</w:t>
      </w:r>
      <w:proofErr w:type="spellEnd"/>
      <w:r>
        <w:t xml:space="preserve"> die Bahn </w:t>
      </w:r>
      <w:proofErr w:type="spellStart"/>
      <w:r>
        <w:t>einfach</w:t>
      </w:r>
      <w:proofErr w:type="spellEnd"/>
      <w:r>
        <w:t xml:space="preserve"> </w:t>
      </w:r>
      <w:proofErr w:type="spellStart"/>
      <w:r>
        <w:t>durch</w:t>
      </w:r>
      <w:proofErr w:type="spellEnd"/>
      <w:r>
        <w:t xml:space="preserve"> </w:t>
      </w:r>
      <w:proofErr w:type="spellStart"/>
      <w:r>
        <w:t>Gewicht</w:t>
      </w:r>
      <w:proofErr w:type="spellEnd"/>
      <w:r>
        <w:t xml:space="preserve"> und </w:t>
      </w:r>
      <w:proofErr w:type="spellStart"/>
      <w:r>
        <w:t>durch</w:t>
      </w:r>
      <w:proofErr w:type="spellEnd"/>
      <w:r>
        <w:t xml:space="preserve"> Zeit </w:t>
      </w:r>
      <w:proofErr w:type="spellStart"/>
      <w:r>
        <w:t>limitiert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. Du </w:t>
      </w:r>
      <w:proofErr w:type="spellStart"/>
      <w:r>
        <w:t>kannst</w:t>
      </w:r>
      <w:proofErr w:type="spellEnd"/>
      <w:r>
        <w:t xml:space="preserve"> </w:t>
      </w:r>
      <w:proofErr w:type="spellStart"/>
      <w:r>
        <w:t>nur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gewisse</w:t>
      </w:r>
      <w:proofErr w:type="spellEnd"/>
      <w:r>
        <w:t xml:space="preserve"> Menge in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gewissen</w:t>
      </w:r>
      <w:proofErr w:type="spellEnd"/>
      <w:r>
        <w:t xml:space="preserve"> Zeit </w:t>
      </w:r>
      <w:proofErr w:type="spellStart"/>
      <w:r>
        <w:t>raufbringen</w:t>
      </w:r>
      <w:proofErr w:type="spellEnd"/>
      <w:r>
        <w:t xml:space="preserve">. </w:t>
      </w:r>
    </w:p>
    <w:p w14:paraId="79AD226F" w14:textId="77777777" w:rsidR="005526BC" w:rsidRDefault="005526BC"/>
    <w:p w14:paraId="020EE6A7" w14:textId="77777777" w:rsidR="005526BC" w:rsidRDefault="000122CF">
      <w:r>
        <w:rPr>
          <w:b/>
        </w:rPr>
        <w:t>00:21:21,970 --&gt; 00:21:32,020 [Christine Brugger (Moderatorin)]</w:t>
      </w:r>
    </w:p>
    <w:p w14:paraId="10B33E8E" w14:textId="77777777" w:rsidR="005526BC" w:rsidRDefault="000122CF">
      <w:r>
        <w:t xml:space="preserve">Wenn </w:t>
      </w:r>
      <w:proofErr w:type="spellStart"/>
      <w:r>
        <w:t>wir</w:t>
      </w:r>
      <w:proofErr w:type="spellEnd"/>
      <w:r>
        <w:t xml:space="preserve"> </w:t>
      </w:r>
      <w:proofErr w:type="spellStart"/>
      <w:r>
        <w:t>jetzt</w:t>
      </w:r>
      <w:proofErr w:type="spellEnd"/>
      <w:r>
        <w:t xml:space="preserve"> </w:t>
      </w:r>
      <w:proofErr w:type="spellStart"/>
      <w:r>
        <w:t>einen</w:t>
      </w:r>
      <w:proofErr w:type="spellEnd"/>
      <w:r>
        <w:t xml:space="preserve"> Blick in die </w:t>
      </w:r>
      <w:proofErr w:type="spellStart"/>
      <w:r>
        <w:t>Kristallkugel</w:t>
      </w:r>
      <w:proofErr w:type="spellEnd"/>
      <w:r>
        <w:t xml:space="preserve"> </w:t>
      </w:r>
      <w:proofErr w:type="spellStart"/>
      <w:r>
        <w:t>werfen</w:t>
      </w:r>
      <w:proofErr w:type="spellEnd"/>
      <w:r>
        <w:t xml:space="preserve">, </w:t>
      </w:r>
      <w:proofErr w:type="spellStart"/>
      <w:r>
        <w:t>wie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</w:t>
      </w:r>
      <w:proofErr w:type="spellStart"/>
      <w:r>
        <w:t>dann</w:t>
      </w:r>
      <w:proofErr w:type="spellEnd"/>
      <w:r>
        <w:t xml:space="preserve"> </w:t>
      </w:r>
      <w:proofErr w:type="spellStart"/>
      <w:r>
        <w:t>aussehen</w:t>
      </w:r>
      <w:proofErr w:type="spellEnd"/>
      <w:r>
        <w:t xml:space="preserve">, die </w:t>
      </w:r>
      <w:proofErr w:type="spellStart"/>
      <w:r>
        <w:t>Gipfel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Nationalpark</w:t>
      </w:r>
      <w:proofErr w:type="spellEnd"/>
      <w:r>
        <w:t xml:space="preserve"> Hohe Tauern? </w:t>
      </w:r>
    </w:p>
    <w:p w14:paraId="477395AB" w14:textId="77777777" w:rsidR="005526BC" w:rsidRDefault="005526BC"/>
    <w:p w14:paraId="3841A7EC" w14:textId="77777777" w:rsidR="005526BC" w:rsidRDefault="000122CF">
      <w:r>
        <w:rPr>
          <w:b/>
        </w:rPr>
        <w:t xml:space="preserve">00:21:32,060 --&gt; 00:21:53,740 [Ingo </w:t>
      </w:r>
      <w:proofErr w:type="spellStart"/>
      <w:r>
        <w:rPr>
          <w:b/>
        </w:rPr>
        <w:t>Hartmeier</w:t>
      </w:r>
      <w:proofErr w:type="spellEnd"/>
      <w:r>
        <w:rPr>
          <w:b/>
        </w:rPr>
        <w:t xml:space="preserve"> (Gast) ]</w:t>
      </w:r>
    </w:p>
    <w:p w14:paraId="49D3EAAA" w14:textId="77777777" w:rsidR="005526BC" w:rsidRDefault="000122CF">
      <w:r>
        <w:t xml:space="preserve">Das </w:t>
      </w:r>
      <w:proofErr w:type="spellStart"/>
      <w:r>
        <w:t>schöne</w:t>
      </w:r>
      <w:proofErr w:type="spellEnd"/>
      <w:r>
        <w:t xml:space="preserve">, </w:t>
      </w:r>
      <w:proofErr w:type="spellStart"/>
      <w:r>
        <w:t>unberührte</w:t>
      </w:r>
      <w:proofErr w:type="spellEnd"/>
      <w:r>
        <w:t xml:space="preserve"> Weiß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den </w:t>
      </w:r>
      <w:proofErr w:type="spellStart"/>
      <w:r>
        <w:t>großen</w:t>
      </w:r>
      <w:proofErr w:type="spellEnd"/>
      <w:r>
        <w:t xml:space="preserve"> </w:t>
      </w:r>
      <w:proofErr w:type="spellStart"/>
      <w:r>
        <w:t>Höhenlagen</w:t>
      </w:r>
      <w:proofErr w:type="spellEnd"/>
      <w:r>
        <w:t xml:space="preserve"> </w:t>
      </w:r>
      <w:proofErr w:type="spellStart"/>
      <w:r>
        <w:t>verschwinden</w:t>
      </w:r>
      <w:proofErr w:type="spellEnd"/>
      <w:r>
        <w:t xml:space="preserve"> </w:t>
      </w:r>
      <w:proofErr w:type="spellStart"/>
      <w:r>
        <w:t>während</w:t>
      </w:r>
      <w:proofErr w:type="spellEnd"/>
      <w:r>
        <w:t xml:space="preserve"> der </w:t>
      </w:r>
      <w:proofErr w:type="spellStart"/>
      <w:r>
        <w:t>Sommersaison</w:t>
      </w:r>
      <w:proofErr w:type="spellEnd"/>
      <w:r>
        <w:t xml:space="preserve">. </w:t>
      </w:r>
      <w:proofErr w:type="spellStart"/>
      <w:r>
        <w:t>Im</w:t>
      </w:r>
      <w:proofErr w:type="spellEnd"/>
      <w:r>
        <w:t xml:space="preserve"> Winter </w:t>
      </w:r>
      <w:proofErr w:type="spellStart"/>
      <w:r>
        <w:t>wird's</w:t>
      </w:r>
      <w:proofErr w:type="spellEnd"/>
      <w:r>
        <w:t xml:space="preserve"> </w:t>
      </w:r>
      <w:proofErr w:type="spellStart"/>
      <w:r>
        <w:t>weiterhin</w:t>
      </w:r>
      <w:proofErr w:type="spellEnd"/>
      <w:r>
        <w:t xml:space="preserve"> </w:t>
      </w:r>
      <w:proofErr w:type="spellStart"/>
      <w:r>
        <w:t>kalt</w:t>
      </w:r>
      <w:proofErr w:type="spellEnd"/>
      <w:r>
        <w:t xml:space="preserve"> </w:t>
      </w:r>
      <w:proofErr w:type="spellStart"/>
      <w:r>
        <w:t>genug</w:t>
      </w:r>
      <w:proofErr w:type="spellEnd"/>
      <w:r>
        <w:t xml:space="preserve"> sein für </w:t>
      </w:r>
      <w:proofErr w:type="spellStart"/>
      <w:r>
        <w:t>entsprechende</w:t>
      </w:r>
      <w:proofErr w:type="spellEnd"/>
      <w:r>
        <w:t xml:space="preserve"> </w:t>
      </w:r>
      <w:proofErr w:type="spellStart"/>
      <w:r>
        <w:t>Schneeauflage</w:t>
      </w:r>
      <w:proofErr w:type="spellEnd"/>
      <w:r>
        <w:t xml:space="preserve">. Aber </w:t>
      </w:r>
      <w:proofErr w:type="spellStart"/>
      <w:r>
        <w:t>gerade</w:t>
      </w:r>
      <w:proofErr w:type="spellEnd"/>
      <w:r>
        <w:t xml:space="preserve"> das, das </w:t>
      </w:r>
      <w:proofErr w:type="spellStart"/>
      <w:r>
        <w:t>sommerliche</w:t>
      </w:r>
      <w:proofErr w:type="spellEnd"/>
      <w:r>
        <w:t xml:space="preserve"> Bild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sehr</w:t>
      </w:r>
      <w:proofErr w:type="spellEnd"/>
      <w:r>
        <w:t xml:space="preserve">, </w:t>
      </w:r>
      <w:proofErr w:type="spellStart"/>
      <w:r>
        <w:t>sehr</w:t>
      </w:r>
      <w:proofErr w:type="spellEnd"/>
      <w:r>
        <w:t xml:space="preserve"> stark </w:t>
      </w:r>
      <w:proofErr w:type="spellStart"/>
      <w:r>
        <w:t>verändern</w:t>
      </w:r>
      <w:proofErr w:type="spellEnd"/>
      <w:r>
        <w:t xml:space="preserve">. Wir </w:t>
      </w:r>
      <w:proofErr w:type="spellStart"/>
      <w:r>
        <w:t>steuern</w:t>
      </w:r>
      <w:proofErr w:type="spellEnd"/>
      <w:r>
        <w:t xml:space="preserve"> auf </w:t>
      </w:r>
      <w:proofErr w:type="spellStart"/>
      <w:r>
        <w:t>eine</w:t>
      </w:r>
      <w:proofErr w:type="spellEnd"/>
      <w:r>
        <w:t xml:space="preserve"> Zukunft </w:t>
      </w:r>
      <w:proofErr w:type="spellStart"/>
      <w:r>
        <w:t>zu</w:t>
      </w:r>
      <w:proofErr w:type="spellEnd"/>
      <w:r>
        <w:t xml:space="preserve">, in der die Alpen </w:t>
      </w:r>
      <w:proofErr w:type="spellStart"/>
      <w:r>
        <w:t>signifikant</w:t>
      </w:r>
      <w:proofErr w:type="spellEnd"/>
      <w:r>
        <w:t xml:space="preserve"> </w:t>
      </w:r>
      <w:proofErr w:type="spellStart"/>
      <w:r>
        <w:t>anders</w:t>
      </w:r>
      <w:proofErr w:type="spellEnd"/>
      <w:r>
        <w:t xml:space="preserve"> </w:t>
      </w:r>
      <w:proofErr w:type="spellStart"/>
      <w:r>
        <w:t>aussehen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, </w:t>
      </w:r>
      <w:proofErr w:type="spellStart"/>
      <w:r>
        <w:t>aber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sie</w:t>
      </w:r>
      <w:proofErr w:type="spellEnd"/>
      <w:r>
        <w:t xml:space="preserve"> auf </w:t>
      </w:r>
      <w:proofErr w:type="spellStart"/>
      <w:r>
        <w:t>jeden</w:t>
      </w:r>
      <w:proofErr w:type="spellEnd"/>
      <w:r>
        <w:t xml:space="preserve"> Fall </w:t>
      </w:r>
      <w:proofErr w:type="spellStart"/>
      <w:r>
        <w:t>weiterhin</w:t>
      </w:r>
      <w:proofErr w:type="spellEnd"/>
      <w:r>
        <w:t xml:space="preserve"> </w:t>
      </w:r>
      <w:proofErr w:type="spellStart"/>
      <w:r>
        <w:t>nutzen</w:t>
      </w:r>
      <w:proofErr w:type="spellEnd"/>
      <w:r>
        <w:t xml:space="preserve"> </w:t>
      </w:r>
      <w:proofErr w:type="spellStart"/>
      <w:r>
        <w:t>können</w:t>
      </w:r>
      <w:proofErr w:type="spellEnd"/>
      <w:r>
        <w:t xml:space="preserve">. Aber </w:t>
      </w:r>
      <w:proofErr w:type="spellStart"/>
      <w:r>
        <w:t>sie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verändern</w:t>
      </w:r>
      <w:proofErr w:type="spellEnd"/>
      <w:r>
        <w:t xml:space="preserve">. </w:t>
      </w:r>
    </w:p>
    <w:p w14:paraId="61DE651B" w14:textId="77777777" w:rsidR="005526BC" w:rsidRDefault="005526BC"/>
    <w:p w14:paraId="2BD9A57C" w14:textId="77777777" w:rsidR="005526BC" w:rsidRDefault="000122CF">
      <w:r>
        <w:rPr>
          <w:b/>
        </w:rPr>
        <w:t>00:21:56,340 --&gt; 00:22:21,580 [Christine Brugger (Moderatorin)]</w:t>
      </w:r>
    </w:p>
    <w:p w14:paraId="57AE565E" w14:textId="3505771B" w:rsidR="005526BC" w:rsidRDefault="000122CF">
      <w:r>
        <w:t xml:space="preserve">Fazit: </w:t>
      </w:r>
      <w:proofErr w:type="spellStart"/>
      <w:r>
        <w:t>Veränderungen</w:t>
      </w:r>
      <w:proofErr w:type="spellEnd"/>
      <w:r>
        <w:t xml:space="preserve"> </w:t>
      </w:r>
      <w:proofErr w:type="spellStart"/>
      <w:r>
        <w:t>passieren</w:t>
      </w:r>
      <w:proofErr w:type="spellEnd"/>
      <w:r>
        <w:t xml:space="preserve">, </w:t>
      </w:r>
      <w:proofErr w:type="spellStart"/>
      <w:r>
        <w:t>auch</w:t>
      </w:r>
      <w:proofErr w:type="spellEnd"/>
      <w:r>
        <w:t xml:space="preserve"> </w:t>
      </w:r>
      <w:proofErr w:type="spellStart"/>
      <w:r>
        <w:t>wenn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uns</w:t>
      </w:r>
      <w:proofErr w:type="spellEnd"/>
      <w:r>
        <w:t xml:space="preserve"> das nicht </w:t>
      </w:r>
      <w:proofErr w:type="spellStart"/>
      <w:r>
        <w:t>wünschen</w:t>
      </w:r>
      <w:proofErr w:type="spellEnd"/>
      <w:r>
        <w:t xml:space="preserve">. Dazu </w:t>
      </w:r>
      <w:proofErr w:type="spellStart"/>
      <w:r>
        <w:t>braucht</w:t>
      </w:r>
      <w:proofErr w:type="spellEnd"/>
      <w:r>
        <w:t xml:space="preserve"> es </w:t>
      </w:r>
      <w:proofErr w:type="spellStart"/>
      <w:r>
        <w:t>Anpassungsstrategien</w:t>
      </w:r>
      <w:proofErr w:type="spellEnd"/>
      <w:r>
        <w:t xml:space="preserve">, </w:t>
      </w:r>
      <w:proofErr w:type="spellStart"/>
      <w:r>
        <w:t>worüber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aber</w:t>
      </w:r>
      <w:proofErr w:type="spellEnd"/>
      <w:r>
        <w:t xml:space="preserve"> die </w:t>
      </w:r>
      <w:proofErr w:type="spellStart"/>
      <w:r>
        <w:t>Ursachen</w:t>
      </w:r>
      <w:proofErr w:type="spellEnd"/>
      <w:r>
        <w:t xml:space="preserve"> des </w:t>
      </w:r>
      <w:proofErr w:type="spellStart"/>
      <w:r>
        <w:t>Klimawandels</w:t>
      </w:r>
      <w:proofErr w:type="spellEnd"/>
      <w:r>
        <w:t xml:space="preserve"> und </w:t>
      </w:r>
      <w:proofErr w:type="spellStart"/>
      <w:r>
        <w:t>wie</w:t>
      </w:r>
      <w:proofErr w:type="spellEnd"/>
      <w:r>
        <w:t xml:space="preserve"> </w:t>
      </w:r>
      <w:proofErr w:type="spellStart"/>
      <w:r>
        <w:t>unser</w:t>
      </w:r>
      <w:proofErr w:type="spellEnd"/>
      <w:r>
        <w:t xml:space="preserve"> </w:t>
      </w:r>
      <w:proofErr w:type="spellStart"/>
      <w:r>
        <w:t>aller</w:t>
      </w:r>
      <w:proofErr w:type="spellEnd"/>
      <w:r>
        <w:t xml:space="preserve"> </w:t>
      </w:r>
      <w:proofErr w:type="spellStart"/>
      <w:r>
        <w:t>Verhalten</w:t>
      </w:r>
      <w:proofErr w:type="spellEnd"/>
      <w:r>
        <w:t xml:space="preserve"> </w:t>
      </w:r>
      <w:proofErr w:type="spellStart"/>
      <w:r>
        <w:t>damit</w:t>
      </w:r>
      <w:proofErr w:type="spellEnd"/>
      <w:r>
        <w:t xml:space="preserve"> </w:t>
      </w:r>
      <w:proofErr w:type="spellStart"/>
      <w:r>
        <w:t>zusammenhängt</w:t>
      </w:r>
      <w:proofErr w:type="spellEnd"/>
      <w:r>
        <w:t xml:space="preserve">, nicht </w:t>
      </w:r>
      <w:proofErr w:type="spellStart"/>
      <w:r>
        <w:t>vergessen</w:t>
      </w:r>
      <w:proofErr w:type="spellEnd"/>
      <w:r>
        <w:t xml:space="preserve"> </w:t>
      </w:r>
      <w:proofErr w:type="spellStart"/>
      <w:r>
        <w:t>dürfen</w:t>
      </w:r>
      <w:proofErr w:type="spellEnd"/>
      <w:r>
        <w:t xml:space="preserve">. Mit </w:t>
      </w:r>
      <w:proofErr w:type="spellStart"/>
      <w:r>
        <w:t>diesem</w:t>
      </w:r>
      <w:proofErr w:type="spellEnd"/>
      <w:r>
        <w:t xml:space="preserve"> Appell </w:t>
      </w:r>
      <w:proofErr w:type="spellStart"/>
      <w:r>
        <w:t>verabschiedet</w:t>
      </w:r>
      <w:proofErr w:type="spellEnd"/>
      <w:r>
        <w:t xml:space="preserve"> </w:t>
      </w:r>
      <w:proofErr w:type="spellStart"/>
      <w:r>
        <w:t>sich</w:t>
      </w:r>
      <w:proofErr w:type="spellEnd"/>
      <w:r>
        <w:t xml:space="preserve"> Christine Brugger </w:t>
      </w:r>
      <w:proofErr w:type="spellStart"/>
      <w:r>
        <w:t>aus</w:t>
      </w:r>
      <w:proofErr w:type="spellEnd"/>
      <w:r>
        <w:t xml:space="preserve"> der </w:t>
      </w:r>
      <w:proofErr w:type="spellStart"/>
      <w:r>
        <w:t>heutigen</w:t>
      </w:r>
      <w:proofErr w:type="spellEnd"/>
      <w:r>
        <w:t xml:space="preserve"> "</w:t>
      </w:r>
      <w:proofErr w:type="spellStart"/>
      <w:r>
        <w:t>Aufgehorcht</w:t>
      </w:r>
      <w:proofErr w:type="spellEnd"/>
      <w:r>
        <w:t>"-</w:t>
      </w:r>
      <w:proofErr w:type="spellStart"/>
      <w:r>
        <w:t>Folge</w:t>
      </w:r>
      <w:proofErr w:type="spellEnd"/>
      <w:r>
        <w:t xml:space="preserve">, </w:t>
      </w:r>
      <w:proofErr w:type="spellStart"/>
      <w:r>
        <w:t>sagt</w:t>
      </w:r>
      <w:proofErr w:type="spellEnd"/>
      <w:r>
        <w:t xml:space="preserve"> </w:t>
      </w:r>
      <w:r w:rsidR="00D66439">
        <w:t>D</w:t>
      </w:r>
      <w:r>
        <w:t xml:space="preserve">anke </w:t>
      </w:r>
      <w:proofErr w:type="spellStart"/>
      <w:r>
        <w:t>fürs</w:t>
      </w:r>
      <w:proofErr w:type="spellEnd"/>
      <w:r>
        <w:t xml:space="preserve"> </w:t>
      </w:r>
      <w:proofErr w:type="spellStart"/>
      <w:r>
        <w:t>Zuhören</w:t>
      </w:r>
      <w:proofErr w:type="spellEnd"/>
      <w:r>
        <w:t xml:space="preserve"> und </w:t>
      </w:r>
      <w:proofErr w:type="spellStart"/>
      <w:r>
        <w:t>wünscht</w:t>
      </w:r>
      <w:proofErr w:type="spellEnd"/>
      <w:r>
        <w:t xml:space="preserve">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schönen</w:t>
      </w:r>
      <w:proofErr w:type="spellEnd"/>
      <w:r>
        <w:t xml:space="preserve"> </w:t>
      </w:r>
      <w:proofErr w:type="spellStart"/>
      <w:r>
        <w:t>Bergsommer</w:t>
      </w:r>
      <w:proofErr w:type="spellEnd"/>
      <w:r>
        <w:t xml:space="preserve">. </w:t>
      </w:r>
    </w:p>
    <w:p w14:paraId="5634498F" w14:textId="77777777" w:rsidR="005526BC" w:rsidRDefault="005526BC"/>
    <w:p w14:paraId="2EF6E4FE" w14:textId="0383D7EA" w:rsidR="005526BC" w:rsidRDefault="000122CF">
      <w:r>
        <w:rPr>
          <w:b/>
        </w:rPr>
        <w:t xml:space="preserve">00:22:24,619 --&gt; 00:22:38,500 </w:t>
      </w:r>
      <w:r w:rsidR="00D66439">
        <w:rPr>
          <w:b/>
        </w:rPr>
        <w:t>[Christian Brunner (Off-Sprecher)]</w:t>
      </w:r>
    </w:p>
    <w:p w14:paraId="50BBA948" w14:textId="77777777" w:rsidR="005526BC" w:rsidRDefault="000122CF">
      <w:r>
        <w:t>Das war "</w:t>
      </w:r>
      <w:proofErr w:type="spellStart"/>
      <w:r>
        <w:t>Aufgehorcht</w:t>
      </w:r>
      <w:proofErr w:type="spellEnd"/>
      <w:r>
        <w:t xml:space="preserve">", </w:t>
      </w:r>
      <w:proofErr w:type="spellStart"/>
      <w:r>
        <w:t>ein</w:t>
      </w:r>
      <w:proofErr w:type="spellEnd"/>
      <w:r>
        <w:t xml:space="preserve"> Stück </w:t>
      </w:r>
      <w:proofErr w:type="spellStart"/>
      <w:r>
        <w:t>Natur</w:t>
      </w:r>
      <w:proofErr w:type="spellEnd"/>
      <w:r>
        <w:t xml:space="preserve"> für </w:t>
      </w:r>
      <w:proofErr w:type="spellStart"/>
      <w:r>
        <w:t>deine</w:t>
      </w:r>
      <w:proofErr w:type="spellEnd"/>
      <w:r>
        <w:t xml:space="preserve"> Ohren. Mehr </w:t>
      </w:r>
      <w:proofErr w:type="spellStart"/>
      <w:r>
        <w:t>davon</w:t>
      </w:r>
      <w:proofErr w:type="spellEnd"/>
      <w:r>
        <w:t xml:space="preserve">? </w:t>
      </w:r>
      <w:proofErr w:type="spellStart"/>
      <w:r>
        <w:t>Entdecke</w:t>
      </w:r>
      <w:proofErr w:type="spellEnd"/>
      <w:r>
        <w:t xml:space="preserve"> alle </w:t>
      </w:r>
      <w:proofErr w:type="spellStart"/>
      <w:r>
        <w:t>Folgen</w:t>
      </w:r>
      <w:proofErr w:type="spellEnd"/>
      <w:r>
        <w:t xml:space="preserve"> auf hohetauern.at und auf Spotify. Oder </w:t>
      </w:r>
      <w:proofErr w:type="spellStart"/>
      <w:r>
        <w:t>noch</w:t>
      </w:r>
      <w:proofErr w:type="spellEnd"/>
      <w:r>
        <w:t xml:space="preserve"> </w:t>
      </w:r>
      <w:proofErr w:type="spellStart"/>
      <w:r>
        <w:t>besser</w:t>
      </w:r>
      <w:proofErr w:type="spellEnd"/>
      <w:r>
        <w:t xml:space="preserve">, </w:t>
      </w:r>
      <w:proofErr w:type="spellStart"/>
      <w:r>
        <w:t>vorbeikommen</w:t>
      </w:r>
      <w:proofErr w:type="spellEnd"/>
      <w:r>
        <w:t xml:space="preserve"> und den </w:t>
      </w:r>
      <w:proofErr w:type="spellStart"/>
      <w:r>
        <w:t>Nationalpark</w:t>
      </w:r>
      <w:proofErr w:type="spellEnd"/>
      <w:r>
        <w:t xml:space="preserve"> Hohe Tauern live </w:t>
      </w:r>
      <w:proofErr w:type="spellStart"/>
      <w:r>
        <w:t>erleben</w:t>
      </w:r>
      <w:proofErr w:type="spellEnd"/>
      <w:r>
        <w:t xml:space="preserve">. </w:t>
      </w:r>
    </w:p>
    <w:p w14:paraId="4A5A1429" w14:textId="77777777" w:rsidR="005526BC" w:rsidRDefault="005526BC"/>
    <w:p w14:paraId="7CC43D09" w14:textId="48E28690" w:rsidR="005526BC" w:rsidRDefault="000122CF">
      <w:r>
        <w:rPr>
          <w:b/>
        </w:rPr>
        <w:t xml:space="preserve">00:22:45,000 --&gt; 00:22:45,090 </w:t>
      </w:r>
    </w:p>
    <w:p w14:paraId="0F6681CD" w14:textId="77777777" w:rsidR="005526BC" w:rsidRDefault="000122CF">
      <w:r>
        <w:t>[</w:t>
      </w:r>
      <w:proofErr w:type="spellStart"/>
      <w:r>
        <w:t>Hintergrundmusik</w:t>
      </w:r>
      <w:proofErr w:type="spellEnd"/>
      <w:r>
        <w:t>]</w:t>
      </w:r>
    </w:p>
    <w:p w14:paraId="6A8E4EF1" w14:textId="77777777" w:rsidR="005526BC" w:rsidRDefault="005526BC"/>
    <w:sectPr w:rsidR="005526B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72F518D"/>
    <w:multiLevelType w:val="multilevel"/>
    <w:tmpl w:val="AE98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75595150">
    <w:abstractNumId w:val="8"/>
  </w:num>
  <w:num w:numId="2" w16cid:durableId="1563060945">
    <w:abstractNumId w:val="6"/>
  </w:num>
  <w:num w:numId="3" w16cid:durableId="192765058">
    <w:abstractNumId w:val="5"/>
  </w:num>
  <w:num w:numId="4" w16cid:durableId="1317303720">
    <w:abstractNumId w:val="4"/>
  </w:num>
  <w:num w:numId="5" w16cid:durableId="407076327">
    <w:abstractNumId w:val="7"/>
  </w:num>
  <w:num w:numId="6" w16cid:durableId="4985969">
    <w:abstractNumId w:val="3"/>
  </w:num>
  <w:num w:numId="7" w16cid:durableId="1647397519">
    <w:abstractNumId w:val="2"/>
  </w:num>
  <w:num w:numId="8" w16cid:durableId="1790195360">
    <w:abstractNumId w:val="1"/>
  </w:num>
  <w:num w:numId="9" w16cid:durableId="1090544757">
    <w:abstractNumId w:val="0"/>
  </w:num>
  <w:num w:numId="10" w16cid:durableId="16902579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2CF"/>
    <w:rsid w:val="00034616"/>
    <w:rsid w:val="0006063C"/>
    <w:rsid w:val="000B3D55"/>
    <w:rsid w:val="0015074B"/>
    <w:rsid w:val="0029639D"/>
    <w:rsid w:val="00326F90"/>
    <w:rsid w:val="00332374"/>
    <w:rsid w:val="003521F5"/>
    <w:rsid w:val="003654C4"/>
    <w:rsid w:val="00403E87"/>
    <w:rsid w:val="005526BC"/>
    <w:rsid w:val="00645DCC"/>
    <w:rsid w:val="00760DA6"/>
    <w:rsid w:val="007E430C"/>
    <w:rsid w:val="007F46EB"/>
    <w:rsid w:val="00AA1D8D"/>
    <w:rsid w:val="00AA5931"/>
    <w:rsid w:val="00B47730"/>
    <w:rsid w:val="00B5343D"/>
    <w:rsid w:val="00CB0664"/>
    <w:rsid w:val="00CD1308"/>
    <w:rsid w:val="00D66439"/>
    <w:rsid w:val="00F7792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FDCF79"/>
  <w14:defaultImageDpi w14:val="300"/>
  <w15:docId w15:val="{826F1CC2-872E-4837-A9B9-B48980E9F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3733</Words>
  <Characters>23522</Characters>
  <Application>Microsoft Office Word</Application>
  <DocSecurity>0</DocSecurity>
  <Lines>196</Lines>
  <Paragraphs>54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27201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Helene Mattersberger</cp:lastModifiedBy>
  <cp:revision>3</cp:revision>
  <dcterms:created xsi:type="dcterms:W3CDTF">2026-07-23T15:10:00Z</dcterms:created>
  <dcterms:modified xsi:type="dcterms:W3CDTF">2026-07-27T07:25:00Z</dcterms:modified>
  <cp:category/>
</cp:coreProperties>
</file>